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33E1DA" w14:textId="77777777" w:rsidR="0069675E" w:rsidRPr="00916C51" w:rsidRDefault="00667845">
      <w:pPr>
        <w:pStyle w:val="Title"/>
        <w:jc w:val="center"/>
        <w:rPr>
          <w:rFonts w:ascii="Arial Black" w:hAnsi="Arial Black"/>
        </w:rPr>
      </w:pPr>
      <w:r w:rsidRPr="00916C51">
        <w:rPr>
          <w:rFonts w:ascii="Arial Black" w:hAnsi="Arial Black"/>
        </w:rPr>
        <w:t>FYBA Rules &amp; Regulations</w:t>
      </w:r>
    </w:p>
    <w:p w14:paraId="4E6C5836" w14:textId="77777777" w:rsidR="0069675E" w:rsidRDefault="0069675E">
      <w:pPr>
        <w:spacing w:before="120" w:after="120"/>
        <w:ind w:left="240"/>
      </w:pPr>
    </w:p>
    <w:p w14:paraId="48B67A94" w14:textId="77777777" w:rsidR="0069675E" w:rsidRDefault="00667845">
      <w:pPr>
        <w:spacing w:before="120" w:after="120"/>
        <w:ind w:left="240"/>
      </w:pPr>
      <w:r>
        <w:t>All games shall be governed by official high school rules except as modified by FYBA Rules and Regulations as listed below.</w:t>
      </w:r>
    </w:p>
    <w:p w14:paraId="1B8949CC" w14:textId="77777777" w:rsidR="0069675E" w:rsidRPr="00602A2C" w:rsidRDefault="00667845">
      <w:pPr>
        <w:spacing w:before="120" w:after="120"/>
        <w:ind w:left="240"/>
        <w:rPr>
          <w:b/>
          <w:bCs/>
        </w:rPr>
      </w:pPr>
      <w:r w:rsidRPr="00602A2C">
        <w:rPr>
          <w:b/>
          <w:bCs/>
        </w:rPr>
        <w:t>I.</w:t>
      </w:r>
      <w:r w:rsidRPr="00602A2C">
        <w:rPr>
          <w:b/>
          <w:bCs/>
        </w:rPr>
        <w:tab/>
        <w:t>Code of Conduct</w:t>
      </w:r>
    </w:p>
    <w:p w14:paraId="62B9DABD" w14:textId="77777777" w:rsidR="00602A2C" w:rsidRDefault="00667845" w:rsidP="00602A2C">
      <w:pPr>
        <w:pStyle w:val="ListParagraph"/>
        <w:numPr>
          <w:ilvl w:val="0"/>
          <w:numId w:val="10"/>
        </w:numPr>
        <w:spacing w:before="120" w:after="120"/>
      </w:pPr>
      <w:r>
        <w:t>The FYBA Code of Conduct shall govern behavior at games and at practices</w:t>
      </w:r>
    </w:p>
    <w:p w14:paraId="130251F3" w14:textId="77777777" w:rsidR="00602A2C" w:rsidRDefault="00667845" w:rsidP="004717DB">
      <w:pPr>
        <w:pStyle w:val="ListParagraph"/>
        <w:numPr>
          <w:ilvl w:val="1"/>
          <w:numId w:val="43"/>
        </w:numPr>
        <w:spacing w:before="120" w:after="120"/>
      </w:pPr>
      <w:r>
        <w:t>Players shall follow the Player Code of Conduct</w:t>
      </w:r>
    </w:p>
    <w:p w14:paraId="616A424F" w14:textId="77777777" w:rsidR="00602A2C" w:rsidRDefault="00667845" w:rsidP="004717DB">
      <w:pPr>
        <w:pStyle w:val="ListParagraph"/>
        <w:numPr>
          <w:ilvl w:val="1"/>
          <w:numId w:val="43"/>
        </w:numPr>
        <w:spacing w:before="120" w:after="120"/>
      </w:pPr>
      <w:r>
        <w:t>Referees shall follow the FYBA referee Code of Conduct</w:t>
      </w:r>
    </w:p>
    <w:p w14:paraId="5C67EFF8" w14:textId="77777777" w:rsidR="00602A2C" w:rsidRDefault="00667845" w:rsidP="004717DB">
      <w:pPr>
        <w:pStyle w:val="ListParagraph"/>
        <w:numPr>
          <w:ilvl w:val="1"/>
          <w:numId w:val="43"/>
        </w:numPr>
        <w:spacing w:before="120" w:after="120"/>
      </w:pPr>
      <w:r>
        <w:t>Volunteers (Coaches, Assistant Coaches, etc.) shall follow the Volunteer Code of Conduct</w:t>
      </w:r>
    </w:p>
    <w:p w14:paraId="2BEF6C06" w14:textId="6BDEC63D" w:rsidR="0069675E" w:rsidRDefault="00667845" w:rsidP="00602A2C">
      <w:pPr>
        <w:pStyle w:val="ListParagraph"/>
        <w:numPr>
          <w:ilvl w:val="0"/>
          <w:numId w:val="10"/>
        </w:numPr>
        <w:spacing w:before="120" w:after="120"/>
      </w:pPr>
      <w:r>
        <w:t>Code of Conduct are separate documents found on the FYBA website</w:t>
      </w:r>
    </w:p>
    <w:p w14:paraId="1B0FF846" w14:textId="5CFAD5B6" w:rsidR="0069675E" w:rsidRPr="00916C51" w:rsidRDefault="00667845" w:rsidP="00602A2C">
      <w:pPr>
        <w:pStyle w:val="ListParagraph"/>
        <w:numPr>
          <w:ilvl w:val="0"/>
          <w:numId w:val="10"/>
        </w:numPr>
        <w:spacing w:before="120" w:after="120"/>
        <w:rPr>
          <w:color w:val="000000" w:themeColor="text1"/>
        </w:rPr>
      </w:pPr>
      <w:r w:rsidRPr="00916C51">
        <w:rPr>
          <w:color w:val="000000" w:themeColor="text1"/>
        </w:rPr>
        <w:t xml:space="preserve">Code of Conduct governs all FYBA activities, including but not limited to practices, games, </w:t>
      </w:r>
      <w:r w:rsidR="00B737E3" w:rsidRPr="00916C51">
        <w:rPr>
          <w:color w:val="000000" w:themeColor="text1"/>
        </w:rPr>
        <w:t xml:space="preserve">other scheduled </w:t>
      </w:r>
      <w:r w:rsidRPr="00916C51">
        <w:rPr>
          <w:color w:val="000000" w:themeColor="text1"/>
        </w:rPr>
        <w:t>events</w:t>
      </w:r>
      <w:r w:rsidR="00B737E3" w:rsidRPr="00916C51">
        <w:rPr>
          <w:color w:val="000000" w:themeColor="text1"/>
        </w:rPr>
        <w:t>.</w:t>
      </w:r>
    </w:p>
    <w:p w14:paraId="4EB463F4" w14:textId="009C68B7" w:rsidR="0069675E" w:rsidRPr="00916C51" w:rsidRDefault="00667845" w:rsidP="00602A2C">
      <w:pPr>
        <w:pStyle w:val="ListParagraph"/>
        <w:numPr>
          <w:ilvl w:val="0"/>
          <w:numId w:val="10"/>
        </w:numPr>
        <w:spacing w:before="120" w:after="120"/>
        <w:rPr>
          <w:color w:val="000000" w:themeColor="text1"/>
        </w:rPr>
      </w:pPr>
      <w:r w:rsidRPr="00916C51">
        <w:rPr>
          <w:color w:val="000000" w:themeColor="text1"/>
        </w:rPr>
        <w:t xml:space="preserve">Any FYBA participant (Player, Referee, Volunteer, or Spectator) found </w:t>
      </w:r>
      <w:r w:rsidR="006B2332" w:rsidRPr="00916C51">
        <w:rPr>
          <w:color w:val="000000" w:themeColor="text1"/>
        </w:rPr>
        <w:t>violating</w:t>
      </w:r>
      <w:r w:rsidRPr="00916C51">
        <w:rPr>
          <w:color w:val="000000" w:themeColor="text1"/>
        </w:rPr>
        <w:t xml:space="preserve"> any of the rules in this section will be subject to disciplinary action as decided by the FYBA Disciplinary Committee.</w:t>
      </w:r>
    </w:p>
    <w:p w14:paraId="796B6F43" w14:textId="77777777" w:rsidR="0069675E" w:rsidRPr="00602A2C" w:rsidRDefault="00667845">
      <w:pPr>
        <w:spacing w:before="120" w:after="120"/>
        <w:ind w:left="240"/>
        <w:rPr>
          <w:b/>
          <w:bCs/>
        </w:rPr>
      </w:pPr>
      <w:r w:rsidRPr="00602A2C">
        <w:rPr>
          <w:b/>
          <w:bCs/>
        </w:rPr>
        <w:t>2.</w:t>
      </w:r>
      <w:r w:rsidRPr="00602A2C">
        <w:rPr>
          <w:b/>
          <w:bCs/>
        </w:rPr>
        <w:tab/>
        <w:t>Uniforms &amp; Equipment</w:t>
      </w:r>
    </w:p>
    <w:p w14:paraId="73F64668" w14:textId="77777777" w:rsidR="00602A2C" w:rsidRDefault="00667845" w:rsidP="00602A2C">
      <w:pPr>
        <w:pStyle w:val="ListParagraph"/>
        <w:numPr>
          <w:ilvl w:val="0"/>
          <w:numId w:val="11"/>
        </w:numPr>
        <w:spacing w:before="120" w:after="120"/>
      </w:pPr>
      <w:r>
        <w:t>All players must wear gym shoes and the current year's official FYBA uniform.</w:t>
      </w:r>
    </w:p>
    <w:p w14:paraId="6CA38380" w14:textId="77777777" w:rsidR="00A64615" w:rsidRDefault="00667845" w:rsidP="000E0695">
      <w:pPr>
        <w:pStyle w:val="ListParagraph"/>
        <w:numPr>
          <w:ilvl w:val="1"/>
          <w:numId w:val="44"/>
        </w:numPr>
        <w:spacing w:before="120" w:after="120"/>
        <w:rPr>
          <w:color w:val="000000" w:themeColor="text1"/>
        </w:rPr>
      </w:pPr>
      <w:r w:rsidRPr="009C6F5D">
        <w:rPr>
          <w:color w:val="000000" w:themeColor="text1"/>
        </w:rPr>
        <w:t xml:space="preserve">All jewelry is prohibited </w:t>
      </w:r>
      <w:r w:rsidR="005E00FB">
        <w:rPr>
          <w:color w:val="000000" w:themeColor="text1"/>
        </w:rPr>
        <w:t>in HS Games</w:t>
      </w:r>
      <w:r w:rsidR="00A64615">
        <w:rPr>
          <w:color w:val="000000" w:themeColor="text1"/>
        </w:rPr>
        <w:t>.</w:t>
      </w:r>
    </w:p>
    <w:p w14:paraId="33FAF54D" w14:textId="097C3631" w:rsidR="00602A2C" w:rsidRPr="009C6F5D" w:rsidRDefault="00A64615" w:rsidP="000E0695">
      <w:pPr>
        <w:pStyle w:val="ListParagraph"/>
        <w:numPr>
          <w:ilvl w:val="1"/>
          <w:numId w:val="44"/>
        </w:numPr>
        <w:spacing w:before="120" w:after="120"/>
        <w:rPr>
          <w:color w:val="000000" w:themeColor="text1"/>
        </w:rPr>
      </w:pPr>
      <w:r>
        <w:rPr>
          <w:color w:val="000000" w:themeColor="text1"/>
        </w:rPr>
        <w:t>T</w:t>
      </w:r>
      <w:r w:rsidR="00667845" w:rsidRPr="009C6F5D">
        <w:rPr>
          <w:color w:val="000000" w:themeColor="text1"/>
        </w:rPr>
        <w:t xml:space="preserve">aped earrings are </w:t>
      </w:r>
      <w:r>
        <w:rPr>
          <w:color w:val="000000" w:themeColor="text1"/>
        </w:rPr>
        <w:t>acceptable in other divisions.</w:t>
      </w:r>
    </w:p>
    <w:p w14:paraId="14AEA00E" w14:textId="2C64D98E" w:rsidR="0069675E" w:rsidRDefault="00667845" w:rsidP="000E0695">
      <w:pPr>
        <w:pStyle w:val="ListParagraph"/>
        <w:numPr>
          <w:ilvl w:val="1"/>
          <w:numId w:val="44"/>
        </w:numPr>
        <w:spacing w:before="120" w:after="120"/>
      </w:pPr>
      <w:r>
        <w:t xml:space="preserve">Undergarments (compression tights, tee shirts, </w:t>
      </w:r>
      <w:proofErr w:type="spellStart"/>
      <w:r>
        <w:t>etc</w:t>
      </w:r>
      <w:proofErr w:type="spellEnd"/>
      <w:r>
        <w:t xml:space="preserve"> (if worn) and jerseys must be tucked in.</w:t>
      </w:r>
    </w:p>
    <w:p w14:paraId="0A3F00CC" w14:textId="3DA16736" w:rsidR="0069675E" w:rsidRDefault="00667845" w:rsidP="000E0695">
      <w:pPr>
        <w:pStyle w:val="ListParagraph"/>
        <w:numPr>
          <w:ilvl w:val="1"/>
          <w:numId w:val="44"/>
        </w:numPr>
        <w:spacing w:before="120" w:after="120"/>
      </w:pPr>
      <w:r>
        <w:t>Headbands, wrist bands, shooting sleeves may be worn at the discretion of the referee</w:t>
      </w:r>
      <w:r w:rsidR="00602A2C">
        <w:t>.</w:t>
      </w:r>
    </w:p>
    <w:p w14:paraId="2E0E3F11" w14:textId="554CE296" w:rsidR="0069675E" w:rsidRPr="003D3956" w:rsidRDefault="00667845" w:rsidP="000E0695">
      <w:pPr>
        <w:pStyle w:val="ListParagraph"/>
        <w:numPr>
          <w:ilvl w:val="1"/>
          <w:numId w:val="44"/>
        </w:numPr>
        <w:spacing w:before="120" w:after="120"/>
        <w:rPr>
          <w:color w:val="000000" w:themeColor="text1"/>
        </w:rPr>
      </w:pPr>
      <w:r w:rsidRPr="003D3956">
        <w:rPr>
          <w:color w:val="000000" w:themeColor="text1"/>
        </w:rPr>
        <w:t>Medical braces</w:t>
      </w:r>
      <w:r w:rsidR="00DB2190" w:rsidRPr="003D3956">
        <w:rPr>
          <w:color w:val="000000" w:themeColor="text1"/>
        </w:rPr>
        <w:t xml:space="preserve"> or any type of </w:t>
      </w:r>
      <w:r w:rsidRPr="003D3956">
        <w:rPr>
          <w:color w:val="000000" w:themeColor="text1"/>
        </w:rPr>
        <w:t xml:space="preserve">hard cast, </w:t>
      </w:r>
      <w:r w:rsidR="00EB0BA3" w:rsidRPr="003D3956">
        <w:rPr>
          <w:color w:val="000000" w:themeColor="text1"/>
        </w:rPr>
        <w:t xml:space="preserve">will </w:t>
      </w:r>
      <w:r w:rsidRPr="003D3956">
        <w:rPr>
          <w:color w:val="000000" w:themeColor="text1"/>
        </w:rPr>
        <w:t>disqualify a player. The referees shall make this determination at the time of the game.</w:t>
      </w:r>
    </w:p>
    <w:p w14:paraId="7396486A" w14:textId="68096BC6" w:rsidR="0069675E" w:rsidRPr="009C6F5D" w:rsidRDefault="00667845" w:rsidP="00602A2C">
      <w:pPr>
        <w:pStyle w:val="ListParagraph"/>
        <w:numPr>
          <w:ilvl w:val="0"/>
          <w:numId w:val="11"/>
        </w:numPr>
        <w:spacing w:before="120" w:after="120"/>
        <w:rPr>
          <w:color w:val="000000" w:themeColor="text1"/>
        </w:rPr>
      </w:pPr>
      <w:r w:rsidRPr="00F561BC">
        <w:rPr>
          <w:color w:val="000000" w:themeColor="text1"/>
        </w:rPr>
        <w:t xml:space="preserve">Any player </w:t>
      </w:r>
      <w:r w:rsidR="0043410A" w:rsidRPr="00F561BC">
        <w:rPr>
          <w:color w:val="000000" w:themeColor="text1"/>
        </w:rPr>
        <w:t>who does not wear</w:t>
      </w:r>
      <w:r w:rsidRPr="00F561BC">
        <w:rPr>
          <w:color w:val="000000" w:themeColor="text1"/>
        </w:rPr>
        <w:t xml:space="preserve"> the </w:t>
      </w:r>
      <w:r w:rsidRPr="009C6F5D">
        <w:rPr>
          <w:color w:val="000000" w:themeColor="text1"/>
        </w:rPr>
        <w:t xml:space="preserve">proper uniform </w:t>
      </w:r>
      <w:r w:rsidR="00040F32" w:rsidRPr="009C6F5D">
        <w:rPr>
          <w:color w:val="000000" w:themeColor="text1"/>
        </w:rPr>
        <w:t xml:space="preserve">may </w:t>
      </w:r>
      <w:r w:rsidR="00072E80" w:rsidRPr="009C6F5D">
        <w:rPr>
          <w:color w:val="000000" w:themeColor="text1"/>
        </w:rPr>
        <w:t>not</w:t>
      </w:r>
      <w:r w:rsidR="00ED5E82" w:rsidRPr="009C6F5D">
        <w:rPr>
          <w:color w:val="000000" w:themeColor="text1"/>
        </w:rPr>
        <w:t xml:space="preserve"> </w:t>
      </w:r>
      <w:r w:rsidRPr="009C6F5D">
        <w:rPr>
          <w:color w:val="000000" w:themeColor="text1"/>
        </w:rPr>
        <w:t>be allowed to play.</w:t>
      </w:r>
    </w:p>
    <w:p w14:paraId="6764F128" w14:textId="7374194D" w:rsidR="0069675E" w:rsidRPr="00AA1414" w:rsidRDefault="00667845" w:rsidP="00602A2C">
      <w:pPr>
        <w:pStyle w:val="ListParagraph"/>
        <w:numPr>
          <w:ilvl w:val="0"/>
          <w:numId w:val="11"/>
        </w:numPr>
        <w:spacing w:before="120" w:after="120"/>
        <w:rPr>
          <w:color w:val="000000" w:themeColor="text1"/>
        </w:rPr>
      </w:pPr>
      <w:r w:rsidRPr="009C6F5D">
        <w:rPr>
          <w:color w:val="000000" w:themeColor="text1"/>
        </w:rPr>
        <w:t>All 1st through 4th grade divisions will use a 27</w:t>
      </w:r>
      <w:r w:rsidR="0043410A" w:rsidRPr="009C6F5D">
        <w:rPr>
          <w:color w:val="000000" w:themeColor="text1"/>
        </w:rPr>
        <w:t>.5</w:t>
      </w:r>
      <w:r w:rsidRPr="009C6F5D">
        <w:rPr>
          <w:color w:val="000000" w:themeColor="text1"/>
        </w:rPr>
        <w:t xml:space="preserve">" ball. All </w:t>
      </w:r>
      <w:r w:rsidRPr="00AA1414">
        <w:rPr>
          <w:color w:val="000000" w:themeColor="text1"/>
        </w:rPr>
        <w:t xml:space="preserve">5th and 6th boys' divisions and all 5th grade and above girls' divisions will use a 28.5" basketball. All other boys' divisions will use a men's regulation size </w:t>
      </w:r>
      <w:r w:rsidR="0043410A" w:rsidRPr="00AA1414">
        <w:rPr>
          <w:color w:val="000000" w:themeColor="text1"/>
        </w:rPr>
        <w:t xml:space="preserve">29.5” </w:t>
      </w:r>
      <w:r w:rsidRPr="00AA1414">
        <w:rPr>
          <w:color w:val="000000" w:themeColor="text1"/>
        </w:rPr>
        <w:t>basketball.</w:t>
      </w:r>
    </w:p>
    <w:p w14:paraId="451706CC" w14:textId="77777777" w:rsidR="0069675E" w:rsidRPr="00602A2C" w:rsidRDefault="00667845">
      <w:pPr>
        <w:spacing w:before="120" w:after="120"/>
        <w:ind w:left="240"/>
        <w:rPr>
          <w:b/>
          <w:bCs/>
        </w:rPr>
      </w:pPr>
      <w:r w:rsidRPr="00602A2C">
        <w:rPr>
          <w:b/>
          <w:bCs/>
        </w:rPr>
        <w:t>3.</w:t>
      </w:r>
      <w:r w:rsidRPr="00602A2C">
        <w:rPr>
          <w:b/>
          <w:bCs/>
        </w:rPr>
        <w:tab/>
        <w:t>Player Eligibility</w:t>
      </w:r>
    </w:p>
    <w:p w14:paraId="1F6C9FCC" w14:textId="2C62C508" w:rsidR="0069675E" w:rsidRDefault="00667845" w:rsidP="00602A2C">
      <w:pPr>
        <w:pStyle w:val="ListParagraph"/>
        <w:numPr>
          <w:ilvl w:val="0"/>
          <w:numId w:val="12"/>
        </w:numPr>
        <w:spacing w:before="120" w:after="120"/>
      </w:pPr>
      <w:r>
        <w:t xml:space="preserve">All players must be registered on </w:t>
      </w:r>
      <w:r w:rsidRPr="004F1E58">
        <w:rPr>
          <w:color w:val="000000" w:themeColor="text1"/>
        </w:rPr>
        <w:t xml:space="preserve">the registration </w:t>
      </w:r>
      <w:r w:rsidR="00AA1414" w:rsidRPr="004F1E58">
        <w:rPr>
          <w:color w:val="000000" w:themeColor="text1"/>
        </w:rPr>
        <w:t>site</w:t>
      </w:r>
      <w:r w:rsidRPr="004F1E58">
        <w:rPr>
          <w:color w:val="000000" w:themeColor="text1"/>
        </w:rPr>
        <w:t xml:space="preserve"> provided by the FYBA.</w:t>
      </w:r>
    </w:p>
    <w:p w14:paraId="0EDF81AB" w14:textId="77777777" w:rsidR="00602A2C" w:rsidRDefault="00602A2C" w:rsidP="00602A2C">
      <w:pPr>
        <w:pStyle w:val="ListParagraph"/>
        <w:numPr>
          <w:ilvl w:val="0"/>
          <w:numId w:val="12"/>
        </w:numPr>
        <w:spacing w:before="120" w:after="120"/>
      </w:pPr>
      <w:r>
        <w:t>Players must be residents of Folsom or attend Folsom schools.</w:t>
      </w:r>
    </w:p>
    <w:p w14:paraId="05AD3410" w14:textId="77777777" w:rsidR="00602A2C" w:rsidRDefault="00602A2C" w:rsidP="00602A2C">
      <w:pPr>
        <w:pStyle w:val="ListParagraph"/>
        <w:numPr>
          <w:ilvl w:val="1"/>
          <w:numId w:val="12"/>
        </w:numPr>
        <w:spacing w:before="120" w:after="120"/>
      </w:pPr>
      <w:r>
        <w:t xml:space="preserve">Players who are non-residents may only participate at the discretion of the Board of Directors. </w:t>
      </w:r>
    </w:p>
    <w:p w14:paraId="591F5E8A" w14:textId="6F7564E9" w:rsidR="00602A2C" w:rsidRDefault="00602A2C" w:rsidP="00602A2C">
      <w:pPr>
        <w:pStyle w:val="ListParagraph"/>
        <w:numPr>
          <w:ilvl w:val="1"/>
          <w:numId w:val="12"/>
        </w:numPr>
        <w:spacing w:before="120" w:after="120"/>
      </w:pPr>
      <w:r>
        <w:t>Non-residents will be able to participate only after residents and those attending Folsom schools are assured of participation after registration closure.</w:t>
      </w:r>
    </w:p>
    <w:p w14:paraId="65EC40CC" w14:textId="05199C37" w:rsidR="00602A2C" w:rsidRPr="002F0FB3" w:rsidRDefault="00667845" w:rsidP="00602A2C">
      <w:pPr>
        <w:pStyle w:val="ListParagraph"/>
        <w:numPr>
          <w:ilvl w:val="0"/>
          <w:numId w:val="12"/>
        </w:numPr>
        <w:spacing w:before="120" w:after="120"/>
        <w:rPr>
          <w:color w:val="EE0000"/>
        </w:rPr>
      </w:pPr>
      <w:r w:rsidRPr="002F0FB3">
        <w:rPr>
          <w:color w:val="EE0000"/>
        </w:rPr>
        <w:t>All players must go through the FYBA evaluation process</w:t>
      </w:r>
      <w:r w:rsidR="00763B3E" w:rsidRPr="002F0FB3">
        <w:rPr>
          <w:color w:val="EE0000"/>
        </w:rPr>
        <w:t xml:space="preserve"> or will be </w:t>
      </w:r>
      <w:r w:rsidR="006A2C19" w:rsidRPr="002F0FB3">
        <w:rPr>
          <w:color w:val="EE0000"/>
        </w:rPr>
        <w:t xml:space="preserve">blind </w:t>
      </w:r>
      <w:r w:rsidR="00763B3E" w:rsidRPr="002F0FB3">
        <w:rPr>
          <w:color w:val="EE0000"/>
        </w:rPr>
        <w:t>drafted.</w:t>
      </w:r>
    </w:p>
    <w:p w14:paraId="1B4751AD" w14:textId="77777777" w:rsidR="0069675E" w:rsidRDefault="00667845" w:rsidP="00602A2C">
      <w:pPr>
        <w:pStyle w:val="ListParagraph"/>
        <w:numPr>
          <w:ilvl w:val="0"/>
          <w:numId w:val="12"/>
        </w:numPr>
        <w:spacing w:before="120" w:after="120"/>
      </w:pPr>
      <w:r>
        <w:t>Players must be currently enrolled in the 1st through 12th grades.</w:t>
      </w:r>
    </w:p>
    <w:p w14:paraId="3205A27B" w14:textId="67FA48D6" w:rsidR="0069675E" w:rsidRDefault="00667845" w:rsidP="00602A2C">
      <w:pPr>
        <w:pStyle w:val="ListParagraph"/>
        <w:numPr>
          <w:ilvl w:val="0"/>
          <w:numId w:val="12"/>
        </w:numPr>
        <w:spacing w:before="120" w:after="120"/>
      </w:pPr>
      <w:r>
        <w:t xml:space="preserve">All players whose registration is received by the FYBA prior to the registration </w:t>
      </w:r>
      <w:r w:rsidR="00B44D23">
        <w:t xml:space="preserve">end </w:t>
      </w:r>
      <w:r>
        <w:t>date are eligible to participate.</w:t>
      </w:r>
    </w:p>
    <w:p w14:paraId="1D37156A" w14:textId="77777777" w:rsidR="0069675E" w:rsidRDefault="00667845" w:rsidP="00602A2C">
      <w:pPr>
        <w:pStyle w:val="ListParagraph"/>
        <w:numPr>
          <w:ilvl w:val="0"/>
          <w:numId w:val="12"/>
        </w:numPr>
        <w:spacing w:before="120" w:after="120"/>
      </w:pPr>
      <w:r>
        <w:t>Any registrations received after that date will result in the player being placed on a wait list.</w:t>
      </w:r>
    </w:p>
    <w:p w14:paraId="653D36FB" w14:textId="1DDEE255" w:rsidR="0069675E" w:rsidRDefault="00667845" w:rsidP="00602A2C">
      <w:pPr>
        <w:pStyle w:val="ListParagraph"/>
        <w:numPr>
          <w:ilvl w:val="1"/>
          <w:numId w:val="12"/>
        </w:numPr>
        <w:spacing w:before="120" w:after="120"/>
      </w:pPr>
      <w:r>
        <w:t xml:space="preserve">Late registrants may only participate if there is space available </w:t>
      </w:r>
      <w:r w:rsidR="00E467D8">
        <w:t>in that division.</w:t>
      </w:r>
    </w:p>
    <w:p w14:paraId="78733337" w14:textId="77777777" w:rsidR="0069675E" w:rsidRDefault="00667845" w:rsidP="00602A2C">
      <w:pPr>
        <w:pStyle w:val="ListParagraph"/>
        <w:numPr>
          <w:ilvl w:val="1"/>
          <w:numId w:val="12"/>
        </w:numPr>
        <w:spacing w:before="120" w:after="120"/>
      </w:pPr>
      <w:r>
        <w:t>The wait list will be closed prior to the date of the last player evaluation.</w:t>
      </w:r>
    </w:p>
    <w:p w14:paraId="7680C4BB" w14:textId="2923B5AC" w:rsidR="0069675E" w:rsidRPr="00E467D8" w:rsidRDefault="00667845" w:rsidP="00602A2C">
      <w:pPr>
        <w:pStyle w:val="ListParagraph"/>
        <w:numPr>
          <w:ilvl w:val="0"/>
          <w:numId w:val="12"/>
        </w:numPr>
        <w:spacing w:before="120" w:after="120"/>
        <w:rPr>
          <w:color w:val="000000" w:themeColor="text1"/>
        </w:rPr>
      </w:pPr>
      <w:r w:rsidRPr="00E467D8">
        <w:rPr>
          <w:color w:val="000000" w:themeColor="text1"/>
        </w:rPr>
        <w:t>Full refunds will be provided to anyone on the wait list who does not participate</w:t>
      </w:r>
      <w:r w:rsidR="00602A2C" w:rsidRPr="00E467D8">
        <w:rPr>
          <w:color w:val="000000" w:themeColor="text1"/>
        </w:rPr>
        <w:t xml:space="preserve"> </w:t>
      </w:r>
      <w:r w:rsidRPr="00E467D8">
        <w:rPr>
          <w:color w:val="000000" w:themeColor="text1"/>
        </w:rPr>
        <w:t xml:space="preserve">and to registered players who request a refund prior to the </w:t>
      </w:r>
      <w:r w:rsidR="003321F9" w:rsidRPr="00E467D8">
        <w:rPr>
          <w:color w:val="000000" w:themeColor="text1"/>
        </w:rPr>
        <w:t>draft being completed.</w:t>
      </w:r>
      <w:r w:rsidRPr="00E467D8">
        <w:rPr>
          <w:color w:val="000000" w:themeColor="text1"/>
        </w:rPr>
        <w:t xml:space="preserve"> </w:t>
      </w:r>
    </w:p>
    <w:p w14:paraId="45082E99" w14:textId="77777777" w:rsidR="0069675E" w:rsidRDefault="00667845" w:rsidP="00602A2C">
      <w:pPr>
        <w:pStyle w:val="ListParagraph"/>
        <w:numPr>
          <w:ilvl w:val="0"/>
          <w:numId w:val="12"/>
        </w:numPr>
        <w:spacing w:before="120" w:after="120"/>
      </w:pPr>
      <w:r>
        <w:lastRenderedPageBreak/>
        <w:t>The league will be divided into divisions by grade. If there are not at least four teams in any one division, they may be combined with another division (i.e. 3rd/4th grades, 7th/8th grades, etc.). The Board of Directors may split a grade into subdivisions (i.e. 5th grade boys A and B) at its sole discretion, although no division will have more than two subdivisions.</w:t>
      </w:r>
    </w:p>
    <w:p w14:paraId="54FA3610" w14:textId="77777777" w:rsidR="0069675E" w:rsidRDefault="00667845" w:rsidP="00602A2C">
      <w:pPr>
        <w:pStyle w:val="ListParagraph"/>
        <w:numPr>
          <w:ilvl w:val="0"/>
          <w:numId w:val="12"/>
        </w:numPr>
        <w:spacing w:before="120" w:after="120"/>
      </w:pPr>
      <w:r>
        <w:t>If a team has 6 players or fewer, the division coordinator has authority to move players after the draft and during the season with the approval of Board of Directors</w:t>
      </w:r>
    </w:p>
    <w:p w14:paraId="1DF8E0F3" w14:textId="77777777" w:rsidR="0069675E" w:rsidRDefault="00667845" w:rsidP="00602A2C">
      <w:pPr>
        <w:pStyle w:val="ListParagraph"/>
        <w:numPr>
          <w:ilvl w:val="0"/>
          <w:numId w:val="12"/>
        </w:numPr>
        <w:spacing w:before="120" w:after="120"/>
      </w:pPr>
      <w:r>
        <w:t>Any player or volunteer (Coach, assistant coach, etc.) found in violation of any of the rules in this section will be subject to disciplinary action as decided by the FYBA Disciplinary Committee.</w:t>
      </w:r>
    </w:p>
    <w:p w14:paraId="6FDA9BA6" w14:textId="77777777" w:rsidR="0069675E" w:rsidRPr="00602A2C" w:rsidRDefault="00667845">
      <w:pPr>
        <w:spacing w:before="120" w:after="120"/>
        <w:ind w:left="240"/>
        <w:rPr>
          <w:b/>
          <w:bCs/>
        </w:rPr>
      </w:pPr>
      <w:r w:rsidRPr="00602A2C">
        <w:rPr>
          <w:b/>
          <w:bCs/>
        </w:rPr>
        <w:t>4.</w:t>
      </w:r>
      <w:r w:rsidRPr="00602A2C">
        <w:rPr>
          <w:b/>
          <w:bCs/>
        </w:rPr>
        <w:tab/>
        <w:t>Practices</w:t>
      </w:r>
    </w:p>
    <w:p w14:paraId="3092132F" w14:textId="330A73C7" w:rsidR="0069675E" w:rsidRDefault="00667845" w:rsidP="00602A2C">
      <w:pPr>
        <w:pStyle w:val="ListParagraph"/>
        <w:numPr>
          <w:ilvl w:val="0"/>
          <w:numId w:val="13"/>
        </w:numPr>
        <w:spacing w:before="120" w:after="120"/>
      </w:pPr>
      <w:r>
        <w:t>The FYBA will provide practice</w:t>
      </w:r>
      <w:r w:rsidR="00BA04F5">
        <w:t xml:space="preserve"> times and locations for teams</w:t>
      </w:r>
      <w:r>
        <w:t xml:space="preserve"> during the season.</w:t>
      </w:r>
    </w:p>
    <w:p w14:paraId="6EF6D0DB" w14:textId="77777777" w:rsidR="0069675E" w:rsidRDefault="00667845" w:rsidP="00602A2C">
      <w:pPr>
        <w:pStyle w:val="ListParagraph"/>
        <w:numPr>
          <w:ilvl w:val="0"/>
          <w:numId w:val="13"/>
        </w:numPr>
        <w:spacing w:before="120" w:after="120"/>
      </w:pPr>
      <w:r>
        <w:t>All efforts will be made to publish practice schedules well ahead of time with minimal changes.</w:t>
      </w:r>
    </w:p>
    <w:p w14:paraId="0DB75926" w14:textId="3F57C779" w:rsidR="0069675E" w:rsidRDefault="00667845" w:rsidP="00602A2C">
      <w:pPr>
        <w:pStyle w:val="ListParagraph"/>
        <w:numPr>
          <w:ilvl w:val="0"/>
          <w:numId w:val="13"/>
        </w:numPr>
        <w:spacing w:before="120" w:after="120"/>
      </w:pPr>
      <w:r>
        <w:t xml:space="preserve">There is no guarantee that all practices will occur as scheduled. At times, due to circumstances outside of the control of the FYBA, scheduled practices may be moved or cancelled with no prior notice. Forfeited, cancelled or missed practices are final. There </w:t>
      </w:r>
      <w:r w:rsidR="007B316D">
        <w:t xml:space="preserve">is no guaranteed </w:t>
      </w:r>
      <w:r>
        <w:t>make-up practice regardless of circumstance.</w:t>
      </w:r>
    </w:p>
    <w:p w14:paraId="4DE3B662" w14:textId="29368777" w:rsidR="0069675E" w:rsidRDefault="00667845" w:rsidP="00602A2C">
      <w:pPr>
        <w:pStyle w:val="ListParagraph"/>
        <w:numPr>
          <w:ilvl w:val="0"/>
          <w:numId w:val="13"/>
        </w:numPr>
        <w:spacing w:before="120" w:after="120"/>
      </w:pPr>
      <w:r>
        <w:t>FYBA teams may be required to share a practice facility and timeslot. The teams will cooperate in these situations.</w:t>
      </w:r>
    </w:p>
    <w:p w14:paraId="33D8B48E" w14:textId="01DEEE77" w:rsidR="0069675E" w:rsidRDefault="00667845" w:rsidP="00602A2C">
      <w:pPr>
        <w:pStyle w:val="ListParagraph"/>
        <w:numPr>
          <w:ilvl w:val="0"/>
          <w:numId w:val="13"/>
        </w:numPr>
        <w:spacing w:before="120" w:after="120"/>
      </w:pPr>
      <w:r>
        <w:t xml:space="preserve">Scheduled practices are sometimes double booked by the school with an official function (i.e. talent show, science fair, etc.) without knowledge or notice given to the FYBA. Upon occurrence, the FYBA team(s) shall forfeit their practice without </w:t>
      </w:r>
      <w:r w:rsidR="00313FBD">
        <w:t xml:space="preserve">argument with </w:t>
      </w:r>
      <w:r>
        <w:t>the school or event participants.</w:t>
      </w:r>
    </w:p>
    <w:p w14:paraId="1B937518" w14:textId="606F0872" w:rsidR="0069675E" w:rsidRDefault="00667845" w:rsidP="00602A2C">
      <w:pPr>
        <w:pStyle w:val="ListParagraph"/>
        <w:numPr>
          <w:ilvl w:val="0"/>
          <w:numId w:val="13"/>
        </w:numPr>
        <w:spacing w:before="120" w:after="120"/>
      </w:pPr>
      <w:r>
        <w:t xml:space="preserve">It is the responsibility of the players, volunteers, and spectators to treat the facilities as they are intended and with great care. </w:t>
      </w:r>
    </w:p>
    <w:p w14:paraId="10D306C8" w14:textId="0311122C" w:rsidR="00313FBD" w:rsidRDefault="00313FBD" w:rsidP="00602A2C">
      <w:pPr>
        <w:pStyle w:val="ListParagraph"/>
        <w:numPr>
          <w:ilvl w:val="0"/>
          <w:numId w:val="13"/>
        </w:numPr>
        <w:spacing w:before="120" w:after="120"/>
      </w:pPr>
      <w:r>
        <w:t xml:space="preserve">Damage to facilities by Coaches, Players </w:t>
      </w:r>
      <w:r w:rsidR="006536CA">
        <w:t xml:space="preserve">or Parents may be the responsibility of the individual who caused the damage.  </w:t>
      </w:r>
    </w:p>
    <w:p w14:paraId="2B869C4B" w14:textId="77777777" w:rsidR="0069675E" w:rsidRDefault="00667845" w:rsidP="00602A2C">
      <w:pPr>
        <w:pStyle w:val="ListParagraph"/>
        <w:numPr>
          <w:ilvl w:val="0"/>
          <w:numId w:val="13"/>
        </w:numPr>
        <w:spacing w:before="120" w:after="120"/>
      </w:pPr>
      <w:r>
        <w:t>If a practice is cancelled or cannot be completed for whatever reason the team(s) shall leave the facility immediately without further interruption.</w:t>
      </w:r>
    </w:p>
    <w:p w14:paraId="6626B287" w14:textId="77777777" w:rsidR="0069675E" w:rsidRDefault="00667845" w:rsidP="00602A2C">
      <w:pPr>
        <w:pStyle w:val="ListParagraph"/>
        <w:numPr>
          <w:ilvl w:val="0"/>
          <w:numId w:val="13"/>
        </w:numPr>
        <w:spacing w:before="120" w:after="120"/>
      </w:pPr>
      <w:r>
        <w:t>Any FYBA participant (Player, Volunteer, or Spectator) found in violation of any of the rules in this section will be subject to disciplinary action as decided by the FYBA Disciplinary Committee.</w:t>
      </w:r>
    </w:p>
    <w:p w14:paraId="759BC83F" w14:textId="77777777" w:rsidR="0069675E" w:rsidRPr="0043410A" w:rsidRDefault="00667845">
      <w:pPr>
        <w:spacing w:before="120" w:after="120"/>
        <w:ind w:left="240"/>
        <w:rPr>
          <w:b/>
          <w:bCs/>
        </w:rPr>
      </w:pPr>
      <w:r w:rsidRPr="0043410A">
        <w:rPr>
          <w:b/>
          <w:bCs/>
        </w:rPr>
        <w:t>5.</w:t>
      </w:r>
      <w:r w:rsidRPr="0043410A">
        <w:rPr>
          <w:b/>
          <w:bCs/>
        </w:rPr>
        <w:tab/>
        <w:t>Player Draft Guidelines and Procedures</w:t>
      </w:r>
    </w:p>
    <w:p w14:paraId="745E059B" w14:textId="1233BBF0" w:rsidR="0069675E" w:rsidRDefault="00667845" w:rsidP="0043410A">
      <w:pPr>
        <w:pStyle w:val="ListParagraph"/>
        <w:numPr>
          <w:ilvl w:val="0"/>
          <w:numId w:val="14"/>
        </w:numPr>
        <w:spacing w:before="120" w:after="120"/>
      </w:pPr>
      <w:r>
        <w:t>FYBA players shall be given a ranking based on their level of skill relative to other players in the division.</w:t>
      </w:r>
    </w:p>
    <w:p w14:paraId="7097EA13" w14:textId="77777777" w:rsidR="0043410A" w:rsidRDefault="00667845" w:rsidP="0043410A">
      <w:pPr>
        <w:pStyle w:val="ListParagraph"/>
        <w:numPr>
          <w:ilvl w:val="0"/>
          <w:numId w:val="14"/>
        </w:numPr>
        <w:spacing w:before="120" w:after="120"/>
      </w:pPr>
      <w:r>
        <w:t xml:space="preserve">The FYBA Board will determine ratings guidelines prior to evaluation day to facilitate this process. </w:t>
      </w:r>
    </w:p>
    <w:p w14:paraId="57E48F4E" w14:textId="77777777" w:rsidR="0069675E" w:rsidRDefault="00667845" w:rsidP="0043410A">
      <w:pPr>
        <w:pStyle w:val="ListParagraph"/>
        <w:numPr>
          <w:ilvl w:val="0"/>
          <w:numId w:val="14"/>
        </w:numPr>
        <w:spacing w:before="120" w:after="120"/>
      </w:pPr>
      <w:r>
        <w:t>Division coordinators may consult a broad set of resources to determine the true skill level of the player and override the evaluation score given to a player. This shall happen before player assignments/drafts.</w:t>
      </w:r>
    </w:p>
    <w:p w14:paraId="765A8617" w14:textId="77777777" w:rsidR="0069675E" w:rsidRDefault="00667845" w:rsidP="0043410A">
      <w:pPr>
        <w:pStyle w:val="ListParagraph"/>
        <w:numPr>
          <w:ilvl w:val="0"/>
          <w:numId w:val="14"/>
        </w:numPr>
        <w:spacing w:before="120" w:after="120"/>
      </w:pPr>
      <w:r>
        <w:t>Coaches within the grade division may come to observe the evaluations and take personal notes on the participant's level of skill.</w:t>
      </w:r>
    </w:p>
    <w:p w14:paraId="09D709A2" w14:textId="628DF107" w:rsidR="0069675E" w:rsidRDefault="00667845" w:rsidP="0043410A">
      <w:pPr>
        <w:pStyle w:val="ListParagraph"/>
        <w:numPr>
          <w:ilvl w:val="0"/>
          <w:numId w:val="14"/>
        </w:numPr>
        <w:spacing w:before="120" w:after="120"/>
        <w:rPr>
          <w:color w:val="EE0000"/>
        </w:rPr>
      </w:pPr>
      <w:r w:rsidRPr="0043410A">
        <w:rPr>
          <w:color w:val="EE0000"/>
        </w:rPr>
        <w:t>If a player does not get rated, the</w:t>
      </w:r>
      <w:r w:rsidR="001B656F">
        <w:rPr>
          <w:color w:val="EE0000"/>
        </w:rPr>
        <w:t xml:space="preserve">ir name will not be listed on the draft sheet and will be </w:t>
      </w:r>
      <w:r w:rsidR="004972DF">
        <w:rPr>
          <w:color w:val="EE0000"/>
        </w:rPr>
        <w:t xml:space="preserve">randomly assigned </w:t>
      </w:r>
      <w:r w:rsidR="001B656F">
        <w:rPr>
          <w:color w:val="EE0000"/>
        </w:rPr>
        <w:t>to a team</w:t>
      </w:r>
      <w:r w:rsidR="002B6719">
        <w:rPr>
          <w:color w:val="EE0000"/>
        </w:rPr>
        <w:t xml:space="preserve"> by </w:t>
      </w:r>
      <w:r w:rsidR="003C0F10">
        <w:rPr>
          <w:color w:val="EE0000"/>
        </w:rPr>
        <w:t>a neutral third party from the Board.</w:t>
      </w:r>
    </w:p>
    <w:p w14:paraId="7296E45C" w14:textId="30E4B113" w:rsidR="00D31BC3" w:rsidRPr="0043410A" w:rsidRDefault="00B44BAB" w:rsidP="0043410A">
      <w:pPr>
        <w:pStyle w:val="ListParagraph"/>
        <w:numPr>
          <w:ilvl w:val="0"/>
          <w:numId w:val="14"/>
        </w:numPr>
        <w:spacing w:before="120" w:after="120"/>
        <w:rPr>
          <w:color w:val="EE0000"/>
        </w:rPr>
      </w:pPr>
      <w:r>
        <w:rPr>
          <w:color w:val="EE0000"/>
        </w:rPr>
        <w:t xml:space="preserve">One </w:t>
      </w:r>
      <w:r w:rsidR="00B44055">
        <w:rPr>
          <w:color w:val="EE0000"/>
        </w:rPr>
        <w:t xml:space="preserve">Assistant coach </w:t>
      </w:r>
      <w:r w:rsidR="00090E43">
        <w:rPr>
          <w:color w:val="EE0000"/>
        </w:rPr>
        <w:t xml:space="preserve">kid </w:t>
      </w:r>
      <w:r w:rsidR="00B44055">
        <w:rPr>
          <w:color w:val="EE0000"/>
        </w:rPr>
        <w:t xml:space="preserve">can be announced </w:t>
      </w:r>
      <w:r w:rsidR="000129E9">
        <w:rPr>
          <w:color w:val="EE0000"/>
        </w:rPr>
        <w:t xml:space="preserve">before the draft begins </w:t>
      </w:r>
      <w:r w:rsidR="00B44055">
        <w:rPr>
          <w:color w:val="EE0000"/>
        </w:rPr>
        <w:t xml:space="preserve">and taken in the first </w:t>
      </w:r>
      <w:r w:rsidR="000129E9">
        <w:rPr>
          <w:color w:val="EE0000"/>
        </w:rPr>
        <w:t xml:space="preserve">available </w:t>
      </w:r>
      <w:r w:rsidR="00B44055">
        <w:rPr>
          <w:color w:val="EE0000"/>
        </w:rPr>
        <w:t>round.</w:t>
      </w:r>
    </w:p>
    <w:p w14:paraId="19994746" w14:textId="77777777" w:rsidR="0069675E" w:rsidRDefault="00667845" w:rsidP="0043410A">
      <w:pPr>
        <w:pStyle w:val="ListParagraph"/>
        <w:numPr>
          <w:ilvl w:val="0"/>
          <w:numId w:val="14"/>
        </w:numPr>
        <w:spacing w:before="120" w:after="120"/>
      </w:pPr>
      <w:r>
        <w:t>The division coordinator will have final decision when there is disagreement among evaluators. If the disagreement is related to the age group coordinator's child, the FYBA President or designee will determine an appropriate rating.</w:t>
      </w:r>
    </w:p>
    <w:p w14:paraId="284FFD7B" w14:textId="2184AAA7" w:rsidR="0069675E" w:rsidRPr="000C093E" w:rsidRDefault="00667845" w:rsidP="0043410A">
      <w:pPr>
        <w:pStyle w:val="ListParagraph"/>
        <w:numPr>
          <w:ilvl w:val="0"/>
          <w:numId w:val="14"/>
        </w:numPr>
        <w:spacing w:before="120" w:after="120"/>
        <w:rPr>
          <w:color w:val="000000" w:themeColor="text1"/>
        </w:rPr>
      </w:pPr>
      <w:r w:rsidRPr="000C093E">
        <w:rPr>
          <w:color w:val="000000" w:themeColor="text1"/>
        </w:rPr>
        <w:t xml:space="preserve">All boys and girls teams in the 1st </w:t>
      </w:r>
      <w:r w:rsidR="0083782C" w:rsidRPr="000C093E">
        <w:rPr>
          <w:color w:val="000000" w:themeColor="text1"/>
        </w:rPr>
        <w:t xml:space="preserve">and </w:t>
      </w:r>
      <w:r w:rsidRPr="000C093E">
        <w:rPr>
          <w:color w:val="000000" w:themeColor="text1"/>
        </w:rPr>
        <w:t>2nd grade divisions will be assigned by the FYBA Board.</w:t>
      </w:r>
    </w:p>
    <w:p w14:paraId="34A1D888" w14:textId="77777777" w:rsidR="0043410A" w:rsidRDefault="00667845" w:rsidP="0043410A">
      <w:pPr>
        <w:pStyle w:val="ListParagraph"/>
        <w:numPr>
          <w:ilvl w:val="0"/>
          <w:numId w:val="14"/>
        </w:numPr>
        <w:spacing w:before="120" w:after="120"/>
      </w:pPr>
      <w:r>
        <w:t>A "serpentine" draft order will be used to determine the order of player selection.</w:t>
      </w:r>
    </w:p>
    <w:p w14:paraId="79C6D7D8" w14:textId="77777777" w:rsidR="0043410A" w:rsidRDefault="00667845" w:rsidP="0043410A">
      <w:pPr>
        <w:pStyle w:val="ListParagraph"/>
        <w:numPr>
          <w:ilvl w:val="1"/>
          <w:numId w:val="14"/>
        </w:numPr>
        <w:spacing w:before="120" w:after="120"/>
      </w:pPr>
      <w:r>
        <w:t>Only coaches (or designee approved by the coach coordinator) will be allowed in the draft room. Children or players may not attend the draft with the coach or designee.</w:t>
      </w:r>
    </w:p>
    <w:p w14:paraId="72B5A436" w14:textId="77777777" w:rsidR="0043410A" w:rsidRDefault="00667845" w:rsidP="0043410A">
      <w:pPr>
        <w:pStyle w:val="ListParagraph"/>
        <w:numPr>
          <w:ilvl w:val="1"/>
          <w:numId w:val="14"/>
        </w:numPr>
        <w:spacing w:before="120" w:after="120"/>
      </w:pPr>
      <w:r>
        <w:lastRenderedPageBreak/>
        <w:t>To make the process impartial, a random selection shall occur such as one of the following: The coach or designee, will select a number from a hat or other container, a playing card may be selected, or numbers written on papers of the same or similar size may be used). The coach pulling number "1" will have the first choice in the first round and all odd numbered rounds, "2" will draft next, etc.</w:t>
      </w:r>
    </w:p>
    <w:p w14:paraId="24AFEE1B" w14:textId="77777777" w:rsidR="0043410A" w:rsidRDefault="00667845" w:rsidP="0043410A">
      <w:pPr>
        <w:pStyle w:val="ListParagraph"/>
        <w:numPr>
          <w:ilvl w:val="1"/>
          <w:numId w:val="14"/>
        </w:numPr>
        <w:spacing w:before="120" w:after="120"/>
      </w:pPr>
      <w:r>
        <w:t>During all even numbered rounds, coaches will draft in inverted order. If a coach has a child playing in that age group, no one else may draft that child. The coach (child's parent) will select their child on the round as determined by the player's rating using the guidelines below.</w:t>
      </w:r>
    </w:p>
    <w:p w14:paraId="7C7A07D1" w14:textId="0BFA843E" w:rsidR="0069675E" w:rsidRDefault="00667845" w:rsidP="0043410A">
      <w:pPr>
        <w:pStyle w:val="ListParagraph"/>
        <w:numPr>
          <w:ilvl w:val="1"/>
          <w:numId w:val="14"/>
        </w:numPr>
        <w:spacing w:before="120" w:after="120"/>
      </w:pPr>
      <w:r>
        <w:t>Swapping of draft positions is not permitted.</w:t>
      </w:r>
    </w:p>
    <w:p w14:paraId="708AE538" w14:textId="77777777" w:rsidR="0069675E" w:rsidRDefault="00667845" w:rsidP="0043410A">
      <w:pPr>
        <w:pStyle w:val="ListParagraph"/>
        <w:numPr>
          <w:ilvl w:val="0"/>
          <w:numId w:val="14"/>
        </w:numPr>
        <w:spacing w:before="120" w:after="120"/>
      </w:pPr>
      <w:r>
        <w:t>If some teams will have more players than others (e.g. six teams with nine players and four teams with eight players), coaches can stipulate that they would like to have the larger number of players. These "supplemental choices" will occur after the fourth round is completed. Supplemental round (5th round) draft order will be chosen in the same manner as the initial draft order selection.</w:t>
      </w:r>
    </w:p>
    <w:p w14:paraId="31560C90" w14:textId="77777777" w:rsidR="0043410A" w:rsidRDefault="0043410A" w:rsidP="0043410A">
      <w:pPr>
        <w:pStyle w:val="ListParagraph"/>
        <w:spacing w:before="120" w:after="120"/>
        <w:ind w:left="960"/>
      </w:pPr>
    </w:p>
    <w:p w14:paraId="1B887EC5" w14:textId="0C4E4266" w:rsidR="0069675E" w:rsidRPr="0043410A" w:rsidRDefault="00667845" w:rsidP="0043410A">
      <w:pPr>
        <w:pStyle w:val="ListParagraph"/>
        <w:spacing w:before="120" w:after="120"/>
        <w:ind w:left="960"/>
        <w:rPr>
          <w:b/>
          <w:bCs/>
        </w:rPr>
      </w:pPr>
      <w:r w:rsidRPr="0043410A">
        <w:rPr>
          <w:b/>
          <w:bCs/>
        </w:rPr>
        <w:t>Nine or ten player teams:</w:t>
      </w:r>
    </w:p>
    <w:p w14:paraId="5E7414EB" w14:textId="77777777" w:rsidR="0069675E" w:rsidRDefault="00667845" w:rsidP="0043410A">
      <w:pPr>
        <w:pStyle w:val="ListParagraph"/>
        <w:numPr>
          <w:ilvl w:val="0"/>
          <w:numId w:val="15"/>
        </w:numPr>
        <w:spacing w:before="120" w:after="120"/>
      </w:pPr>
      <w:r>
        <w:t>A coach whose child is ranked in the top 20 percent will take their child in the 1 st round.</w:t>
      </w:r>
    </w:p>
    <w:p w14:paraId="265374E8" w14:textId="3019D302" w:rsidR="0069675E" w:rsidRDefault="00667845" w:rsidP="0043410A">
      <w:pPr>
        <w:pStyle w:val="ListParagraph"/>
        <w:numPr>
          <w:ilvl w:val="0"/>
          <w:numId w:val="15"/>
        </w:numPr>
        <w:spacing w:before="120" w:after="120"/>
      </w:pPr>
      <w:r>
        <w:t>A coach whose child is ranked within the top 40 percent will take their child in the 3rd round.</w:t>
      </w:r>
    </w:p>
    <w:p w14:paraId="6AB8B395" w14:textId="77777777" w:rsidR="0069675E" w:rsidRDefault="00667845" w:rsidP="0043410A">
      <w:pPr>
        <w:pStyle w:val="ListParagraph"/>
        <w:numPr>
          <w:ilvl w:val="0"/>
          <w:numId w:val="15"/>
        </w:numPr>
        <w:spacing w:before="120" w:after="120"/>
      </w:pPr>
      <w:r>
        <w:t>A coach whose child is ranked within the top 60 percent will take their child in the 5th round.</w:t>
      </w:r>
    </w:p>
    <w:p w14:paraId="4ACE4A06" w14:textId="77777777" w:rsidR="0069675E" w:rsidRDefault="00667845" w:rsidP="0043410A">
      <w:pPr>
        <w:pStyle w:val="ListParagraph"/>
        <w:numPr>
          <w:ilvl w:val="0"/>
          <w:numId w:val="15"/>
        </w:numPr>
        <w:spacing w:before="120" w:after="120"/>
      </w:pPr>
      <w:r>
        <w:t>A coach whose child is ranked within the top 80 percent will take their child in the 8th round. 5. A coach whose child is ranked within the bottom 20 percent will take their child in final round.</w:t>
      </w:r>
    </w:p>
    <w:p w14:paraId="47CED605" w14:textId="77777777" w:rsidR="0043410A" w:rsidRDefault="0043410A" w:rsidP="0043410A">
      <w:pPr>
        <w:pStyle w:val="ListParagraph"/>
        <w:spacing w:before="120" w:after="120"/>
        <w:ind w:left="1320"/>
      </w:pPr>
    </w:p>
    <w:p w14:paraId="66FA9B6C" w14:textId="1E65F0AD" w:rsidR="0069675E" w:rsidRPr="0043410A" w:rsidRDefault="00667845" w:rsidP="0043410A">
      <w:pPr>
        <w:pStyle w:val="ListParagraph"/>
        <w:spacing w:before="120" w:after="120"/>
        <w:ind w:left="1320"/>
        <w:rPr>
          <w:b/>
          <w:bCs/>
        </w:rPr>
      </w:pPr>
      <w:r w:rsidRPr="0043410A">
        <w:rPr>
          <w:b/>
          <w:bCs/>
        </w:rPr>
        <w:t>Eight player teams:</w:t>
      </w:r>
    </w:p>
    <w:p w14:paraId="372976DF" w14:textId="77777777" w:rsidR="0069675E" w:rsidRDefault="00667845" w:rsidP="0043410A">
      <w:pPr>
        <w:pStyle w:val="ListParagraph"/>
        <w:numPr>
          <w:ilvl w:val="0"/>
          <w:numId w:val="16"/>
        </w:numPr>
        <w:spacing w:before="120" w:after="120"/>
      </w:pPr>
      <w:r>
        <w:t>A coach whose child is ranked in the top 20 percent will take their child in the 1 st round.</w:t>
      </w:r>
    </w:p>
    <w:p w14:paraId="4CC20D6C" w14:textId="77777777" w:rsidR="0069675E" w:rsidRDefault="00667845" w:rsidP="0043410A">
      <w:pPr>
        <w:pStyle w:val="ListParagraph"/>
        <w:numPr>
          <w:ilvl w:val="0"/>
          <w:numId w:val="16"/>
        </w:numPr>
        <w:spacing w:before="120" w:after="120"/>
      </w:pPr>
      <w:r>
        <w:t>A coach whose child is ranked within the top 40 percent will take their child in the 2nd round.</w:t>
      </w:r>
    </w:p>
    <w:p w14:paraId="4B89BBDB" w14:textId="77777777" w:rsidR="0069675E" w:rsidRDefault="00667845" w:rsidP="0043410A">
      <w:pPr>
        <w:pStyle w:val="ListParagraph"/>
        <w:numPr>
          <w:ilvl w:val="0"/>
          <w:numId w:val="16"/>
        </w:numPr>
        <w:spacing w:before="120" w:after="120"/>
      </w:pPr>
      <w:r>
        <w:t>A coach whose child is ranked within the top 60 percent will take their child in the 4th round.</w:t>
      </w:r>
    </w:p>
    <w:p w14:paraId="7DF88F4E" w14:textId="77777777" w:rsidR="0069675E" w:rsidRDefault="00667845" w:rsidP="0043410A">
      <w:pPr>
        <w:pStyle w:val="ListParagraph"/>
        <w:numPr>
          <w:ilvl w:val="0"/>
          <w:numId w:val="16"/>
        </w:numPr>
        <w:spacing w:before="120" w:after="120"/>
      </w:pPr>
      <w:r>
        <w:t>A coach whose child is ranked within the top 80 percent will take their child in the 7th round.</w:t>
      </w:r>
    </w:p>
    <w:p w14:paraId="439E9FDE" w14:textId="77777777" w:rsidR="0069675E" w:rsidRDefault="00667845" w:rsidP="0043410A">
      <w:pPr>
        <w:pStyle w:val="ListParagraph"/>
        <w:numPr>
          <w:ilvl w:val="0"/>
          <w:numId w:val="16"/>
        </w:numPr>
        <w:spacing w:before="120" w:after="120"/>
      </w:pPr>
      <w:r>
        <w:t>A coach whose child is ranked within the bottom 20 percent will take their child in final round.</w:t>
      </w:r>
    </w:p>
    <w:p w14:paraId="3F5D6BEE" w14:textId="77777777" w:rsidR="0043410A" w:rsidRDefault="0043410A" w:rsidP="0043410A">
      <w:pPr>
        <w:pStyle w:val="ListParagraph"/>
        <w:spacing w:before="120" w:after="120"/>
        <w:ind w:left="1320"/>
      </w:pPr>
    </w:p>
    <w:p w14:paraId="3767DD4B" w14:textId="66A41242" w:rsidR="0069675E" w:rsidRDefault="00667845" w:rsidP="0043410A">
      <w:pPr>
        <w:pStyle w:val="ListParagraph"/>
        <w:numPr>
          <w:ilvl w:val="0"/>
          <w:numId w:val="14"/>
        </w:numPr>
        <w:spacing w:before="120" w:after="120"/>
      </w:pPr>
      <w:r>
        <w:t>If a player with a sibling within the same division is drafted, that player's sibling is automatically drafted by the same coach, based on their player rating, using the same rules that are established for coaches' children to determine the appropriate round.</w:t>
      </w:r>
    </w:p>
    <w:p w14:paraId="26A15153" w14:textId="123EE99C" w:rsidR="0069675E" w:rsidRDefault="00667845" w:rsidP="0043410A">
      <w:pPr>
        <w:pStyle w:val="ListParagraph"/>
        <w:numPr>
          <w:ilvl w:val="0"/>
          <w:numId w:val="14"/>
        </w:numPr>
        <w:spacing w:before="120" w:after="120"/>
      </w:pPr>
      <w:r>
        <w:t xml:space="preserve">All trades must be completed </w:t>
      </w:r>
      <w:r w:rsidR="00914249">
        <w:t>before leaving the</w:t>
      </w:r>
      <w:r>
        <w:t xml:space="preserve"> draft, in the venue of the draft, and approved by the FYBA Board member or division coordinator presiding over the draft.</w:t>
      </w:r>
    </w:p>
    <w:p w14:paraId="15B9B725" w14:textId="77777777" w:rsidR="0069675E" w:rsidRDefault="00667845" w:rsidP="0043410A">
      <w:pPr>
        <w:pStyle w:val="ListParagraph"/>
        <w:numPr>
          <w:ilvl w:val="0"/>
          <w:numId w:val="14"/>
        </w:numPr>
        <w:spacing w:before="120" w:after="120"/>
      </w:pPr>
      <w:r>
        <w:t>Each draft must be facilitated by a FYBA Board member who is not coaching in the division. This person will have final authority over the draft procedure.</w:t>
      </w:r>
    </w:p>
    <w:p w14:paraId="10B3BFB1" w14:textId="5996BD20" w:rsidR="0069675E" w:rsidRDefault="00667845" w:rsidP="0043410A">
      <w:pPr>
        <w:pStyle w:val="ListParagraph"/>
        <w:numPr>
          <w:ilvl w:val="0"/>
          <w:numId w:val="14"/>
        </w:numPr>
        <w:spacing w:before="120" w:after="120"/>
      </w:pPr>
      <w:r>
        <w:t>Any player or volunteer (Coach, assistant coach, etc.) found in violation of any of the rules in this section will be subject to disciplinary action as decided by the FYBA Disciplinary Committee.</w:t>
      </w:r>
    </w:p>
    <w:p w14:paraId="358F5E62" w14:textId="5824A181" w:rsidR="0043410A" w:rsidRDefault="00667845">
      <w:pPr>
        <w:spacing w:before="120" w:after="120"/>
        <w:ind w:left="240"/>
      </w:pPr>
      <w:r>
        <w:t xml:space="preserve">. </w:t>
      </w:r>
    </w:p>
    <w:p w14:paraId="5ACD9415" w14:textId="38A5AB18" w:rsidR="0069675E" w:rsidRPr="0043410A" w:rsidRDefault="0043410A">
      <w:pPr>
        <w:spacing w:before="120" w:after="120"/>
        <w:ind w:left="240"/>
        <w:rPr>
          <w:b/>
          <w:bCs/>
        </w:rPr>
      </w:pPr>
      <w:r w:rsidRPr="0043410A">
        <w:rPr>
          <w:b/>
          <w:bCs/>
        </w:rPr>
        <w:t xml:space="preserve">6. </w:t>
      </w:r>
      <w:r w:rsidR="00667845" w:rsidRPr="0043410A">
        <w:rPr>
          <w:b/>
          <w:bCs/>
        </w:rPr>
        <w:t>Games</w:t>
      </w:r>
    </w:p>
    <w:p w14:paraId="5FC453B4" w14:textId="6E78195B" w:rsidR="00B82F64" w:rsidRPr="00800CD9" w:rsidRDefault="00667845" w:rsidP="00A24980">
      <w:pPr>
        <w:pStyle w:val="ListParagraph"/>
        <w:numPr>
          <w:ilvl w:val="0"/>
          <w:numId w:val="17"/>
        </w:numPr>
        <w:spacing w:before="120" w:after="120"/>
        <w:rPr>
          <w:color w:val="000000" w:themeColor="text1"/>
        </w:rPr>
      </w:pPr>
      <w:r w:rsidRPr="00800CD9">
        <w:rPr>
          <w:color w:val="000000" w:themeColor="text1"/>
        </w:rPr>
        <w:t>All games in grades 3-</w:t>
      </w:r>
      <w:r w:rsidR="0095368D" w:rsidRPr="00800CD9">
        <w:rPr>
          <w:color w:val="000000" w:themeColor="text1"/>
        </w:rPr>
        <w:t xml:space="preserve">5 shall consist of four (4) </w:t>
      </w:r>
      <w:r w:rsidR="003F26DB" w:rsidRPr="00800CD9">
        <w:rPr>
          <w:color w:val="000000" w:themeColor="text1"/>
        </w:rPr>
        <w:t>ten</w:t>
      </w:r>
      <w:r w:rsidR="0095368D" w:rsidRPr="00800CD9">
        <w:rPr>
          <w:color w:val="000000" w:themeColor="text1"/>
        </w:rPr>
        <w:t>-minute quarters with stopped time during only the last two (2) minutes of the fourth quarter.</w:t>
      </w:r>
    </w:p>
    <w:p w14:paraId="1BB6DEF8" w14:textId="3E9C37C8" w:rsidR="0069675E" w:rsidRPr="00800CD9" w:rsidRDefault="00315B69" w:rsidP="00A24980">
      <w:pPr>
        <w:pStyle w:val="ListParagraph"/>
        <w:numPr>
          <w:ilvl w:val="0"/>
          <w:numId w:val="17"/>
        </w:numPr>
        <w:spacing w:before="120" w:after="120"/>
        <w:rPr>
          <w:color w:val="000000" w:themeColor="text1"/>
        </w:rPr>
      </w:pPr>
      <w:r w:rsidRPr="00800CD9">
        <w:rPr>
          <w:color w:val="000000" w:themeColor="text1"/>
        </w:rPr>
        <w:t xml:space="preserve">All games in grades </w:t>
      </w:r>
      <w:r w:rsidR="00B82F64" w:rsidRPr="00800CD9">
        <w:rPr>
          <w:color w:val="000000" w:themeColor="text1"/>
        </w:rPr>
        <w:t>6-</w:t>
      </w:r>
      <w:r w:rsidR="00667845" w:rsidRPr="00800CD9">
        <w:rPr>
          <w:color w:val="000000" w:themeColor="text1"/>
        </w:rPr>
        <w:t>12 shall consist of four (4) ten-minute quarters with stopped time during only the last two (2) minutes of the fourth quarter.</w:t>
      </w:r>
    </w:p>
    <w:p w14:paraId="519494CD" w14:textId="0BDB747C" w:rsidR="0069675E" w:rsidRDefault="00667845" w:rsidP="00A24980">
      <w:pPr>
        <w:pStyle w:val="ListParagraph"/>
        <w:numPr>
          <w:ilvl w:val="0"/>
          <w:numId w:val="17"/>
        </w:numPr>
        <w:spacing w:before="120" w:after="120"/>
      </w:pPr>
      <w:r>
        <w:t>At the beginning of each game, before the jump ball, all pl</w:t>
      </w:r>
      <w:r w:rsidRPr="00AD71E7">
        <w:rPr>
          <w:color w:val="000000" w:themeColor="text1"/>
        </w:rPr>
        <w:t xml:space="preserve">ayers </w:t>
      </w:r>
      <w:r w:rsidR="00165A20" w:rsidRPr="00AD71E7">
        <w:rPr>
          <w:color w:val="000000" w:themeColor="text1"/>
        </w:rPr>
        <w:t>in grades 1-</w:t>
      </w:r>
      <w:r w:rsidR="00AD71E7">
        <w:rPr>
          <w:color w:val="000000" w:themeColor="text1"/>
        </w:rPr>
        <w:t>5</w:t>
      </w:r>
      <w:r w:rsidR="00812F03" w:rsidRPr="00AD71E7">
        <w:rPr>
          <w:color w:val="000000" w:themeColor="text1"/>
        </w:rPr>
        <w:t xml:space="preserve"> </w:t>
      </w:r>
      <w:r>
        <w:t>shall be allowed to shoot one free throw.</w:t>
      </w:r>
    </w:p>
    <w:p w14:paraId="312DD598" w14:textId="77777777" w:rsidR="00A24980" w:rsidRDefault="00667845" w:rsidP="00A24980">
      <w:pPr>
        <w:pStyle w:val="ListParagraph"/>
        <w:numPr>
          <w:ilvl w:val="1"/>
          <w:numId w:val="17"/>
        </w:numPr>
        <w:spacing w:before="120" w:after="120"/>
      </w:pPr>
      <w:r>
        <w:t>One point shall be awarded for each successful free throw.</w:t>
      </w:r>
    </w:p>
    <w:p w14:paraId="476D2532" w14:textId="77777777" w:rsidR="00A24980" w:rsidRDefault="00667845" w:rsidP="00A24980">
      <w:pPr>
        <w:pStyle w:val="ListParagraph"/>
        <w:numPr>
          <w:ilvl w:val="1"/>
          <w:numId w:val="17"/>
        </w:numPr>
        <w:spacing w:before="120" w:after="120"/>
      </w:pPr>
      <w:r>
        <w:t>If one team has more players, then the team with the fewer players may select enough players to shoot twice so that each team has an equal number of free throw attempts.</w:t>
      </w:r>
    </w:p>
    <w:p w14:paraId="5C50EB0F" w14:textId="77777777" w:rsidR="00A24980" w:rsidRDefault="00667845" w:rsidP="00A24980">
      <w:pPr>
        <w:pStyle w:val="ListParagraph"/>
        <w:numPr>
          <w:ilvl w:val="1"/>
          <w:numId w:val="17"/>
        </w:numPr>
        <w:spacing w:before="120" w:after="120"/>
      </w:pPr>
      <w:r>
        <w:t>Once a player makes a free throw, he/she cannot shoot again unless all players on his/her team have already made their free throws.</w:t>
      </w:r>
    </w:p>
    <w:p w14:paraId="3BE4FFC4" w14:textId="77777777" w:rsidR="00A24980" w:rsidRDefault="00667845" w:rsidP="00A24980">
      <w:pPr>
        <w:pStyle w:val="ListParagraph"/>
        <w:numPr>
          <w:ilvl w:val="1"/>
          <w:numId w:val="17"/>
        </w:numPr>
        <w:spacing w:before="120" w:after="120"/>
      </w:pPr>
      <w:r>
        <w:t>No player shall be allowed to shoot three times until all players on his/her team have made two free throws.</w:t>
      </w:r>
    </w:p>
    <w:p w14:paraId="7F9517A6" w14:textId="54B641D2" w:rsidR="0069675E" w:rsidRPr="00712D20" w:rsidRDefault="0069675E" w:rsidP="000F29A2">
      <w:pPr>
        <w:pStyle w:val="ListParagraph"/>
        <w:spacing w:before="120" w:after="120"/>
        <w:ind w:left="1680"/>
        <w:rPr>
          <w:strike/>
        </w:rPr>
      </w:pPr>
    </w:p>
    <w:p w14:paraId="15B92508" w14:textId="3CC9A7A7" w:rsidR="0069675E" w:rsidRPr="009126DD" w:rsidRDefault="00667845" w:rsidP="00A24980">
      <w:pPr>
        <w:pStyle w:val="ListParagraph"/>
        <w:numPr>
          <w:ilvl w:val="0"/>
          <w:numId w:val="17"/>
        </w:numPr>
        <w:spacing w:before="120" w:after="120"/>
        <w:rPr>
          <w:b/>
          <w:bCs/>
        </w:rPr>
      </w:pPr>
      <w:r w:rsidRPr="009126DD">
        <w:rPr>
          <w:b/>
          <w:bCs/>
        </w:rPr>
        <w:t xml:space="preserve">In all grade divisions, each team is allowed two (2) </w:t>
      </w:r>
      <w:r w:rsidR="00573415" w:rsidRPr="00573415">
        <w:rPr>
          <w:b/>
          <w:bCs/>
          <w:color w:val="EE0000"/>
        </w:rPr>
        <w:t xml:space="preserve">45 second </w:t>
      </w:r>
      <w:r w:rsidRPr="009126DD">
        <w:rPr>
          <w:b/>
          <w:bCs/>
        </w:rPr>
        <w:t>time-outs in each half.</w:t>
      </w:r>
    </w:p>
    <w:p w14:paraId="7ACE62C5" w14:textId="77777777" w:rsidR="0069675E" w:rsidRDefault="00667845" w:rsidP="00A24980">
      <w:pPr>
        <w:pStyle w:val="ListParagraph"/>
        <w:numPr>
          <w:ilvl w:val="1"/>
          <w:numId w:val="17"/>
        </w:numPr>
        <w:spacing w:before="120" w:after="120"/>
      </w:pPr>
      <w:r>
        <w:t>Timeouts do not carry over into the second half.</w:t>
      </w:r>
    </w:p>
    <w:p w14:paraId="5AB0089D" w14:textId="438C4371" w:rsidR="0069675E" w:rsidRDefault="00667845" w:rsidP="00A24980">
      <w:pPr>
        <w:pStyle w:val="ListParagraph"/>
        <w:numPr>
          <w:ilvl w:val="0"/>
          <w:numId w:val="17"/>
        </w:numPr>
        <w:spacing w:before="120" w:after="120"/>
      </w:pPr>
      <w:r>
        <w:t>If a game is tied at the end of regulation, it will remain a tie. There will be no overtime</w:t>
      </w:r>
      <w:r w:rsidR="004C6B72">
        <w:t xml:space="preserve"> play</w:t>
      </w:r>
      <w:r>
        <w:t>.</w:t>
      </w:r>
    </w:p>
    <w:p w14:paraId="2E47625A" w14:textId="2E14126D" w:rsidR="0069675E" w:rsidRDefault="00667845" w:rsidP="00A24980">
      <w:pPr>
        <w:pStyle w:val="ListParagraph"/>
        <w:numPr>
          <w:ilvl w:val="0"/>
          <w:numId w:val="17"/>
        </w:numPr>
        <w:spacing w:before="120" w:after="120"/>
      </w:pPr>
      <w:r>
        <w:t xml:space="preserve">If a game is cancelled or cannot be completed for whatever </w:t>
      </w:r>
      <w:r w:rsidR="004C6B72">
        <w:t>reason,</w:t>
      </w:r>
      <w:r>
        <w:t xml:space="preserve"> there is no guarantee of a make-up game.</w:t>
      </w:r>
    </w:p>
    <w:p w14:paraId="0394DF14" w14:textId="77777777" w:rsidR="0069675E" w:rsidRDefault="00667845" w:rsidP="00A24980">
      <w:pPr>
        <w:pStyle w:val="ListParagraph"/>
        <w:numPr>
          <w:ilvl w:val="0"/>
          <w:numId w:val="17"/>
        </w:numPr>
        <w:spacing w:before="120" w:after="120"/>
      </w:pPr>
      <w:r>
        <w:t xml:space="preserve">For </w:t>
      </w:r>
      <w:proofErr w:type="spellStart"/>
      <w:r>
        <w:t>boys</w:t>
      </w:r>
      <w:proofErr w:type="spellEnd"/>
      <w:r>
        <w:t xml:space="preserve"> and girls' divisions below the 6th grade zone defenses are not permitted.</w:t>
      </w:r>
    </w:p>
    <w:p w14:paraId="013EC794" w14:textId="465B5AF5" w:rsidR="0069675E" w:rsidRDefault="00667845" w:rsidP="00A24980">
      <w:pPr>
        <w:pStyle w:val="ListParagraph"/>
        <w:numPr>
          <w:ilvl w:val="1"/>
          <w:numId w:val="17"/>
        </w:numPr>
        <w:spacing w:before="120" w:after="120"/>
      </w:pPr>
      <w:r>
        <w:t xml:space="preserve">This includes man-zone hybrid defenses. Coaches are expected to teach and play </w:t>
      </w:r>
      <w:r w:rsidR="009C4E87">
        <w:t>man</w:t>
      </w:r>
      <w:r>
        <w:t xml:space="preserve"> to man defense every game.</w:t>
      </w:r>
    </w:p>
    <w:p w14:paraId="607B2CEA" w14:textId="77777777" w:rsidR="0069675E" w:rsidRDefault="00667845" w:rsidP="00A24980">
      <w:pPr>
        <w:pStyle w:val="ListParagraph"/>
        <w:numPr>
          <w:ilvl w:val="1"/>
          <w:numId w:val="17"/>
        </w:numPr>
        <w:spacing w:before="120" w:after="120"/>
      </w:pPr>
      <w:r>
        <w:t>Zone will be allowed in 6th grade and above divisions in both the girls and boys divisions.</w:t>
      </w:r>
    </w:p>
    <w:p w14:paraId="7076F708" w14:textId="77777777" w:rsidR="0069675E" w:rsidRDefault="00667845" w:rsidP="00A24980">
      <w:pPr>
        <w:pStyle w:val="ListParagraph"/>
        <w:numPr>
          <w:ilvl w:val="0"/>
          <w:numId w:val="17"/>
        </w:numPr>
        <w:spacing w:before="120" w:after="120"/>
      </w:pPr>
      <w:r>
        <w:t xml:space="preserve">For </w:t>
      </w:r>
      <w:proofErr w:type="spellStart"/>
      <w:r>
        <w:t>boys</w:t>
      </w:r>
      <w:proofErr w:type="spellEnd"/>
      <w:r>
        <w:t xml:space="preserve"> and girls' divisions below the 6th grade full court press defense is not allowed.</w:t>
      </w:r>
    </w:p>
    <w:p w14:paraId="1EEFD409" w14:textId="7CF655C4" w:rsidR="0069675E" w:rsidRPr="00A24980" w:rsidRDefault="00667845" w:rsidP="00A24980">
      <w:pPr>
        <w:pStyle w:val="ListParagraph"/>
        <w:numPr>
          <w:ilvl w:val="1"/>
          <w:numId w:val="17"/>
        </w:numPr>
        <w:spacing w:before="120" w:after="120"/>
        <w:rPr>
          <w:color w:val="EE0000"/>
        </w:rPr>
      </w:pPr>
      <w:r w:rsidRPr="00A24980">
        <w:rPr>
          <w:color w:val="EE0000"/>
        </w:rPr>
        <w:t xml:space="preserve">After a made basket </w:t>
      </w:r>
      <w:r w:rsidR="00527EDD">
        <w:rPr>
          <w:color w:val="EE0000"/>
        </w:rPr>
        <w:t xml:space="preserve">or turnover </w:t>
      </w:r>
      <w:r w:rsidRPr="00A24980">
        <w:rPr>
          <w:color w:val="EE0000"/>
        </w:rPr>
        <w:t xml:space="preserve">by the offense they become the defensive team. The defense must not engage the ball defensively beyond </w:t>
      </w:r>
      <w:r w:rsidR="00947190">
        <w:rPr>
          <w:color w:val="EE0000"/>
        </w:rPr>
        <w:t xml:space="preserve">the half court line.  </w:t>
      </w:r>
    </w:p>
    <w:p w14:paraId="71A626EC" w14:textId="11454162" w:rsidR="0069675E" w:rsidRPr="00A24980" w:rsidRDefault="00667845" w:rsidP="00A24980">
      <w:pPr>
        <w:pStyle w:val="ListParagraph"/>
        <w:numPr>
          <w:ilvl w:val="1"/>
          <w:numId w:val="17"/>
        </w:numPr>
        <w:spacing w:before="120" w:after="120"/>
        <w:rPr>
          <w:color w:val="EE0000"/>
        </w:rPr>
      </w:pPr>
      <w:r w:rsidRPr="00A24980">
        <w:rPr>
          <w:color w:val="EE0000"/>
        </w:rPr>
        <w:t xml:space="preserve">The defense may engage their opponents (cover their man) </w:t>
      </w:r>
      <w:r w:rsidR="006F7CBC">
        <w:rPr>
          <w:color w:val="EE0000"/>
        </w:rPr>
        <w:t xml:space="preserve">immediately after crossing half court.  </w:t>
      </w:r>
    </w:p>
    <w:p w14:paraId="0E301AC8" w14:textId="28EA05C6" w:rsidR="0069675E" w:rsidRPr="00A24980" w:rsidRDefault="00667845" w:rsidP="00A24980">
      <w:pPr>
        <w:pStyle w:val="ListParagraph"/>
        <w:numPr>
          <w:ilvl w:val="1"/>
          <w:numId w:val="17"/>
        </w:numPr>
        <w:spacing w:before="120" w:after="120"/>
        <w:rPr>
          <w:color w:val="EE0000"/>
        </w:rPr>
      </w:pPr>
      <w:r w:rsidRPr="00A24980">
        <w:rPr>
          <w:color w:val="EE0000"/>
        </w:rPr>
        <w:t>The offensive team must pass half court within 10 second</w:t>
      </w:r>
      <w:r w:rsidR="00764F85">
        <w:rPr>
          <w:color w:val="EE0000"/>
        </w:rPr>
        <w:t>s</w:t>
      </w:r>
      <w:r w:rsidRPr="00A24980">
        <w:rPr>
          <w:color w:val="EE0000"/>
        </w:rPr>
        <w:t xml:space="preserve">. </w:t>
      </w:r>
    </w:p>
    <w:p w14:paraId="6680259F" w14:textId="77777777" w:rsidR="0069675E" w:rsidRPr="00A24980" w:rsidRDefault="00667845" w:rsidP="00A24980">
      <w:pPr>
        <w:pStyle w:val="ListParagraph"/>
        <w:numPr>
          <w:ilvl w:val="1"/>
          <w:numId w:val="17"/>
        </w:numPr>
        <w:spacing w:before="120" w:after="120"/>
        <w:rPr>
          <w:color w:val="EE0000"/>
        </w:rPr>
      </w:pPr>
      <w:r w:rsidRPr="00A24980">
        <w:rPr>
          <w:color w:val="EE0000"/>
        </w:rPr>
        <w:t>A violation by the offense will result in the ball being awarded to the defensive team.</w:t>
      </w:r>
    </w:p>
    <w:p w14:paraId="5D304317" w14:textId="5F00AB36" w:rsidR="0069675E" w:rsidRDefault="00667845" w:rsidP="00A24980">
      <w:pPr>
        <w:pStyle w:val="ListParagraph"/>
        <w:numPr>
          <w:ilvl w:val="0"/>
          <w:numId w:val="17"/>
        </w:numPr>
        <w:spacing w:before="120" w:after="120"/>
      </w:pPr>
      <w:r>
        <w:t xml:space="preserve">For </w:t>
      </w:r>
      <w:r w:rsidR="00E10013">
        <w:t>boys and girls 6</w:t>
      </w:r>
      <w:r w:rsidR="00E10013" w:rsidRPr="00E10013">
        <w:rPr>
          <w:vertAlign w:val="superscript"/>
        </w:rPr>
        <w:t>th</w:t>
      </w:r>
      <w:r w:rsidR="00E10013">
        <w:t xml:space="preserve"> grade</w:t>
      </w:r>
      <w:r>
        <w:t xml:space="preserve"> divisions </w:t>
      </w:r>
      <w:r w:rsidR="00FB35AE">
        <w:t xml:space="preserve">and above </w:t>
      </w:r>
      <w:r>
        <w:t>full court press defense is allowed at any time.</w:t>
      </w:r>
    </w:p>
    <w:p w14:paraId="1F8AACA3" w14:textId="76F61F70" w:rsidR="0069675E" w:rsidRDefault="00FB35AE" w:rsidP="00A24980">
      <w:pPr>
        <w:pStyle w:val="ListParagraph"/>
        <w:numPr>
          <w:ilvl w:val="0"/>
          <w:numId w:val="17"/>
        </w:numPr>
        <w:spacing w:before="120" w:after="120"/>
      </w:pPr>
      <w:r>
        <w:t>W</w:t>
      </w:r>
      <w:r w:rsidR="00667845">
        <w:t>hen a team achieves a 20-point lead, that team immediately and for the rest of the game forfeit their ability to full court press. The defensive team must thereafter allow the offensive team to cross mid-court before engaging defensively.</w:t>
      </w:r>
    </w:p>
    <w:p w14:paraId="260DB68B" w14:textId="77777777" w:rsidR="0069675E" w:rsidRDefault="00667845" w:rsidP="00A24980">
      <w:pPr>
        <w:pStyle w:val="ListParagraph"/>
        <w:numPr>
          <w:ilvl w:val="0"/>
          <w:numId w:val="17"/>
        </w:numPr>
        <w:spacing w:before="120" w:after="120"/>
      </w:pPr>
      <w:r>
        <w:t>During running time, non-shooting fouls will result in the fouled team maintaining possession of the ball at the out of bounds spot closest to the foul. No points are awarded.</w:t>
      </w:r>
    </w:p>
    <w:p w14:paraId="7720B75A" w14:textId="77777777" w:rsidR="0069675E" w:rsidRPr="00DB016E" w:rsidRDefault="00667845" w:rsidP="00A24980">
      <w:pPr>
        <w:pStyle w:val="ListParagraph"/>
        <w:numPr>
          <w:ilvl w:val="0"/>
          <w:numId w:val="17"/>
        </w:numPr>
        <w:spacing w:before="120" w:after="120"/>
        <w:rPr>
          <w:color w:val="000000" w:themeColor="text1"/>
        </w:rPr>
      </w:pPr>
      <w:r w:rsidRPr="00DB016E">
        <w:rPr>
          <w:color w:val="000000" w:themeColor="text1"/>
        </w:rPr>
        <w:t>During running time, shooting fouls are penalized in the following manner:</w:t>
      </w:r>
    </w:p>
    <w:p w14:paraId="3D26F520" w14:textId="63A10D77" w:rsidR="0069675E" w:rsidRPr="00DB016E" w:rsidRDefault="00667845" w:rsidP="00A24980">
      <w:pPr>
        <w:pStyle w:val="ListParagraph"/>
        <w:numPr>
          <w:ilvl w:val="1"/>
          <w:numId w:val="17"/>
        </w:numPr>
        <w:spacing w:before="120" w:after="120"/>
        <w:rPr>
          <w:color w:val="000000" w:themeColor="text1"/>
        </w:rPr>
      </w:pPr>
      <w:r w:rsidRPr="00DB016E">
        <w:rPr>
          <w:color w:val="000000" w:themeColor="text1"/>
        </w:rPr>
        <w:t>When a player is fouled in the act of shooting a two-point shot and the shot does not go in, the shooter's team is awarded one (1) point and that team retains possession of the ball out of bounds at mid court.</w:t>
      </w:r>
      <w:r w:rsidR="006166BE">
        <w:rPr>
          <w:color w:val="000000" w:themeColor="text1"/>
        </w:rPr>
        <w:t xml:space="preserve">  </w:t>
      </w:r>
    </w:p>
    <w:p w14:paraId="1A96A92A" w14:textId="09DD0276" w:rsidR="0069675E" w:rsidRPr="00DB016E" w:rsidRDefault="00667845" w:rsidP="00A24980">
      <w:pPr>
        <w:pStyle w:val="ListParagraph"/>
        <w:numPr>
          <w:ilvl w:val="1"/>
          <w:numId w:val="17"/>
        </w:numPr>
        <w:spacing w:before="120" w:after="120"/>
        <w:rPr>
          <w:color w:val="000000" w:themeColor="text1"/>
        </w:rPr>
      </w:pPr>
      <w:r w:rsidRPr="00DB016E">
        <w:rPr>
          <w:color w:val="000000" w:themeColor="text1"/>
        </w:rPr>
        <w:t>When a player is fouled in the act of shooting a three-point shot and the shot does not go in, the shooter's team is awarded two (2) points and that team retains possession of the ball out of bounds at mid court.</w:t>
      </w:r>
      <w:r w:rsidR="0081516C" w:rsidRPr="0081516C">
        <w:rPr>
          <w:color w:val="EE0000"/>
        </w:rPr>
        <w:t xml:space="preserve"> </w:t>
      </w:r>
    </w:p>
    <w:p w14:paraId="20E47040" w14:textId="77777777" w:rsidR="0069675E" w:rsidRPr="00DB016E" w:rsidRDefault="00667845" w:rsidP="00A24980">
      <w:pPr>
        <w:pStyle w:val="ListParagraph"/>
        <w:numPr>
          <w:ilvl w:val="1"/>
          <w:numId w:val="17"/>
        </w:numPr>
        <w:spacing w:before="120" w:after="120"/>
        <w:rPr>
          <w:color w:val="000000" w:themeColor="text1"/>
        </w:rPr>
      </w:pPr>
      <w:r w:rsidRPr="00DB016E">
        <w:rPr>
          <w:color w:val="000000" w:themeColor="text1"/>
        </w:rPr>
        <w:t>When the shot goes in, the basket counts and the shooting team gets one (1) additional point. The ball goes back to the team that committed the foul.</w:t>
      </w:r>
    </w:p>
    <w:p w14:paraId="76B2FF5E" w14:textId="348E71F6" w:rsidR="0069675E" w:rsidRDefault="00667845" w:rsidP="00A24980">
      <w:pPr>
        <w:pStyle w:val="ListParagraph"/>
        <w:numPr>
          <w:ilvl w:val="0"/>
          <w:numId w:val="17"/>
        </w:numPr>
        <w:spacing w:before="120" w:after="120"/>
      </w:pPr>
      <w:r>
        <w:t>During stopped time, excluding player-control fouls, players who are fouled are awarded two (2) free throws unless the shot is made. If the shot is made, the basket counts and the fouled player is awarded one (1 ) free throw.</w:t>
      </w:r>
      <w:r w:rsidR="00C53DCA">
        <w:t xml:space="preserve">  </w:t>
      </w:r>
    </w:p>
    <w:p w14:paraId="4BFBBB39" w14:textId="2FAB5E05" w:rsidR="0069675E" w:rsidRDefault="00667845" w:rsidP="00A24980">
      <w:pPr>
        <w:pStyle w:val="ListParagraph"/>
        <w:numPr>
          <w:ilvl w:val="0"/>
          <w:numId w:val="17"/>
        </w:numPr>
        <w:spacing w:before="120" w:after="120"/>
      </w:pPr>
      <w:r>
        <w:t xml:space="preserve">All players (unless injured) who show up at the game and are ready and able to play must play a minimum of one-half (1/2) of the game. Coaches shall make </w:t>
      </w:r>
      <w:r w:rsidR="00A60BAD">
        <w:t>every</w:t>
      </w:r>
      <w:r>
        <w:t xml:space="preserve"> effort to play all players an equal amount of time during each game. </w:t>
      </w:r>
    </w:p>
    <w:p w14:paraId="134A6023" w14:textId="347C3C84" w:rsidR="0069675E" w:rsidRPr="00FF7987" w:rsidRDefault="00F04BB6" w:rsidP="00A24980">
      <w:pPr>
        <w:pStyle w:val="ListParagraph"/>
        <w:numPr>
          <w:ilvl w:val="0"/>
          <w:numId w:val="17"/>
        </w:numPr>
        <w:spacing w:before="120" w:after="120"/>
        <w:rPr>
          <w:color w:val="EE0000"/>
        </w:rPr>
      </w:pPr>
      <w:r>
        <w:rPr>
          <w:color w:val="EE0000"/>
        </w:rPr>
        <w:t xml:space="preserve">When the lead is in excess of 20 pts. </w:t>
      </w:r>
      <w:r w:rsidR="00667845" w:rsidRPr="00FF7987">
        <w:rPr>
          <w:color w:val="EE0000"/>
        </w:rPr>
        <w:t>The clock will continue to run (no stopped time) until the end of the game, unless the lead is reduced to 20 points or less, then regular clock rules will apply.</w:t>
      </w:r>
    </w:p>
    <w:p w14:paraId="2756DDCE" w14:textId="3A626D62" w:rsidR="0069675E" w:rsidRDefault="00667845" w:rsidP="00A24980">
      <w:pPr>
        <w:pStyle w:val="ListParagraph"/>
        <w:numPr>
          <w:ilvl w:val="0"/>
          <w:numId w:val="17"/>
        </w:numPr>
        <w:spacing w:before="120" w:after="120"/>
      </w:pPr>
      <w:r>
        <w:t>Score will not be kept in 1st and 2nd grade divisions.</w:t>
      </w:r>
    </w:p>
    <w:p w14:paraId="4A87FF6D" w14:textId="77777777" w:rsidR="0069675E" w:rsidRDefault="00667845" w:rsidP="00A24980">
      <w:pPr>
        <w:pStyle w:val="ListParagraph"/>
        <w:numPr>
          <w:ilvl w:val="0"/>
          <w:numId w:val="17"/>
        </w:numPr>
        <w:spacing w:before="120" w:after="120"/>
      </w:pPr>
      <w:r>
        <w:t>Amplified music before, during or after games is not permitted.</w:t>
      </w:r>
    </w:p>
    <w:p w14:paraId="5E5EDF66" w14:textId="05F60D1A" w:rsidR="0069675E" w:rsidRPr="00FB7D08" w:rsidRDefault="00667845" w:rsidP="00A24980">
      <w:pPr>
        <w:pStyle w:val="ListParagraph"/>
        <w:numPr>
          <w:ilvl w:val="0"/>
          <w:numId w:val="17"/>
        </w:numPr>
        <w:spacing w:before="120" w:after="120"/>
        <w:rPr>
          <w:color w:val="EE0000"/>
        </w:rPr>
      </w:pPr>
      <w:r w:rsidRPr="00FB7D08">
        <w:rPr>
          <w:color w:val="EE0000"/>
        </w:rPr>
        <w:t>The FYBA does not tolerate taunting in any form. Accordingly, taunts or chants by team members or audience members (including taunting by players on the floor or on the bench or chants of any kind by audience members) will result in a technical foul being assessed to the team who is doing the taunting</w:t>
      </w:r>
      <w:r w:rsidR="00FB7442">
        <w:rPr>
          <w:color w:val="EE0000"/>
        </w:rPr>
        <w:t>.</w:t>
      </w:r>
    </w:p>
    <w:p w14:paraId="78AD2DFC" w14:textId="77777777" w:rsidR="0069675E" w:rsidRDefault="00667845" w:rsidP="00A24980">
      <w:pPr>
        <w:pStyle w:val="ListParagraph"/>
        <w:numPr>
          <w:ilvl w:val="0"/>
          <w:numId w:val="17"/>
        </w:numPr>
        <w:spacing w:before="120" w:after="120"/>
      </w:pPr>
      <w:r>
        <w:t>Any FYBA participant (Player, Referee, Volunteer, or Spectator) found in violation of any of the rules in this section will be subject to disciplinary action as decided by the FYBA Disciplinary Committee.</w:t>
      </w:r>
    </w:p>
    <w:p w14:paraId="26CA05E6" w14:textId="77777777" w:rsidR="0069675E" w:rsidRPr="00FB7D08" w:rsidRDefault="00667845">
      <w:pPr>
        <w:spacing w:before="120" w:after="120"/>
        <w:ind w:left="240"/>
        <w:rPr>
          <w:b/>
          <w:bCs/>
        </w:rPr>
      </w:pPr>
      <w:r w:rsidRPr="00FB7D08">
        <w:rPr>
          <w:b/>
          <w:bCs/>
        </w:rPr>
        <w:t>7. Shooting</w:t>
      </w:r>
    </w:p>
    <w:p w14:paraId="2F510B04" w14:textId="77777777" w:rsidR="0069675E" w:rsidRDefault="00667845" w:rsidP="00FB7D08">
      <w:pPr>
        <w:pStyle w:val="ListParagraph"/>
        <w:numPr>
          <w:ilvl w:val="0"/>
          <w:numId w:val="18"/>
        </w:numPr>
        <w:spacing w:before="120" w:after="120"/>
      </w:pPr>
      <w:r>
        <w:t>A "field goal", "shot" or "basket" is worth two (2) points.</w:t>
      </w:r>
    </w:p>
    <w:p w14:paraId="2624323F" w14:textId="77777777" w:rsidR="00FB7D08" w:rsidRDefault="00667845" w:rsidP="00FB7D08">
      <w:pPr>
        <w:pStyle w:val="ListParagraph"/>
        <w:numPr>
          <w:ilvl w:val="0"/>
          <w:numId w:val="18"/>
        </w:numPr>
        <w:spacing w:before="120" w:after="120"/>
      </w:pPr>
      <w:r>
        <w:t>Three-point shot:</w:t>
      </w:r>
    </w:p>
    <w:p w14:paraId="461F79EF" w14:textId="7B9B871C" w:rsidR="00FB7D08" w:rsidRDefault="00667845" w:rsidP="00FB7D08">
      <w:pPr>
        <w:pStyle w:val="ListParagraph"/>
        <w:numPr>
          <w:ilvl w:val="1"/>
          <w:numId w:val="18"/>
        </w:numPr>
        <w:spacing w:before="120" w:after="120"/>
      </w:pPr>
      <w:r w:rsidRPr="009236D7">
        <w:rPr>
          <w:color w:val="EE0000"/>
        </w:rPr>
        <w:t xml:space="preserve">In </w:t>
      </w:r>
      <w:r w:rsidR="00D845D4" w:rsidRPr="009236D7">
        <w:rPr>
          <w:color w:val="EE0000"/>
        </w:rPr>
        <w:t>any division</w:t>
      </w:r>
      <w:r w:rsidR="00775922">
        <w:rPr>
          <w:color w:val="EE0000"/>
        </w:rPr>
        <w:t xml:space="preserve"> </w:t>
      </w:r>
      <w:r w:rsidR="008D6613">
        <w:rPr>
          <w:color w:val="EE0000"/>
        </w:rPr>
        <w:t>3</w:t>
      </w:r>
      <w:r w:rsidR="008D6613" w:rsidRPr="008D6613">
        <w:rPr>
          <w:color w:val="EE0000"/>
          <w:vertAlign w:val="superscript"/>
        </w:rPr>
        <w:t>rd</w:t>
      </w:r>
      <w:r w:rsidR="008D6613">
        <w:rPr>
          <w:color w:val="EE0000"/>
        </w:rPr>
        <w:t xml:space="preserve"> </w:t>
      </w:r>
      <w:r w:rsidR="00775922">
        <w:rPr>
          <w:color w:val="EE0000"/>
        </w:rPr>
        <w:t>grade or above</w:t>
      </w:r>
      <w:r w:rsidR="009236D7" w:rsidRPr="009236D7">
        <w:rPr>
          <w:color w:val="EE0000"/>
        </w:rPr>
        <w:t>, when playing on a court with a three</w:t>
      </w:r>
      <w:r w:rsidR="00041484">
        <w:rPr>
          <w:color w:val="EE0000"/>
        </w:rPr>
        <w:t>-</w:t>
      </w:r>
      <w:r w:rsidR="009236D7" w:rsidRPr="009236D7">
        <w:rPr>
          <w:color w:val="EE0000"/>
        </w:rPr>
        <w:t xml:space="preserve">point line </w:t>
      </w:r>
      <w:r w:rsidRPr="009236D7">
        <w:rPr>
          <w:color w:val="EE0000"/>
        </w:rPr>
        <w:t>three (3) point</w:t>
      </w:r>
      <w:r w:rsidR="00041484">
        <w:rPr>
          <w:color w:val="EE0000"/>
        </w:rPr>
        <w:t xml:space="preserve"> shots </w:t>
      </w:r>
      <w:r w:rsidR="009236D7" w:rsidRPr="009236D7">
        <w:rPr>
          <w:color w:val="EE0000"/>
        </w:rPr>
        <w:t>will count</w:t>
      </w:r>
      <w:r w:rsidRPr="009236D7">
        <w:rPr>
          <w:color w:val="EE0000"/>
        </w:rPr>
        <w:t xml:space="preserve">. </w:t>
      </w:r>
      <w:r>
        <w:t>If no stripe is present all field goals are worth two (2) points.</w:t>
      </w:r>
    </w:p>
    <w:p w14:paraId="5A1545F7" w14:textId="77777777" w:rsidR="00FB7D08" w:rsidRDefault="00667845" w:rsidP="00FB7D08">
      <w:pPr>
        <w:pStyle w:val="ListParagraph"/>
        <w:numPr>
          <w:ilvl w:val="0"/>
          <w:numId w:val="18"/>
        </w:numPr>
        <w:spacing w:before="120" w:after="120"/>
      </w:pPr>
      <w:r>
        <w:t>A free throw is worth one (1) point.</w:t>
      </w:r>
    </w:p>
    <w:p w14:paraId="3646C8AE" w14:textId="77777777" w:rsidR="00FB7D08" w:rsidRDefault="00667845" w:rsidP="00FB7D08">
      <w:pPr>
        <w:pStyle w:val="ListParagraph"/>
        <w:numPr>
          <w:ilvl w:val="1"/>
          <w:numId w:val="18"/>
        </w:numPr>
        <w:spacing w:before="120" w:after="120"/>
      </w:pPr>
      <w:r>
        <w:t>No player may enter the key until the ball hits the rim.</w:t>
      </w:r>
    </w:p>
    <w:p w14:paraId="5C2DCD02" w14:textId="77777777" w:rsidR="00FB7D08" w:rsidRDefault="00667845" w:rsidP="00FB7D08">
      <w:pPr>
        <w:pStyle w:val="ListParagraph"/>
        <w:numPr>
          <w:ilvl w:val="1"/>
          <w:numId w:val="18"/>
        </w:numPr>
        <w:spacing w:before="120" w:after="120"/>
      </w:pPr>
      <w:r>
        <w:t>If the last free throw does not hit the rim, the opposing team is awarded the ball.</w:t>
      </w:r>
    </w:p>
    <w:p w14:paraId="299A6AAF" w14:textId="2C04CB3C" w:rsidR="0069675E" w:rsidRDefault="00667845" w:rsidP="00FB7D08">
      <w:pPr>
        <w:pStyle w:val="ListParagraph"/>
        <w:numPr>
          <w:ilvl w:val="1"/>
          <w:numId w:val="18"/>
        </w:numPr>
        <w:spacing w:before="120" w:after="120"/>
      </w:pPr>
      <w:r>
        <w:t>In 3</w:t>
      </w:r>
      <w:r w:rsidRPr="00A724C5">
        <w:rPr>
          <w:vertAlign w:val="superscript"/>
        </w:rPr>
        <w:t>rd</w:t>
      </w:r>
      <w:r w:rsidR="00A724C5">
        <w:t>,</w:t>
      </w:r>
      <w:r>
        <w:t xml:space="preserve"> 4</w:t>
      </w:r>
      <w:r w:rsidRPr="00A724C5">
        <w:rPr>
          <w:vertAlign w:val="superscript"/>
        </w:rPr>
        <w:t>th</w:t>
      </w:r>
      <w:r w:rsidR="00A724C5">
        <w:t xml:space="preserve"> &amp; 5</w:t>
      </w:r>
      <w:r w:rsidR="00A724C5" w:rsidRPr="00A724C5">
        <w:rPr>
          <w:vertAlign w:val="superscript"/>
        </w:rPr>
        <w:t>th</w:t>
      </w:r>
      <w:r w:rsidR="00A724C5">
        <w:t xml:space="preserve"> </w:t>
      </w:r>
      <w:r>
        <w:t xml:space="preserve"> </w:t>
      </w:r>
      <w:r w:rsidR="00775922">
        <w:t>g</w:t>
      </w:r>
      <w:r>
        <w:t>rade divisions, as long as the free throw shooter releases the ball behind the line, no violation will be called for stepping on or across the free throw line after the ball is shot. However, the shooter may not advance further into the lane to retrieve the ball until the ball hits the rim.</w:t>
      </w:r>
    </w:p>
    <w:p w14:paraId="23FB8D06" w14:textId="77777777" w:rsidR="0069675E" w:rsidRPr="00FB7D08" w:rsidRDefault="00667845">
      <w:pPr>
        <w:spacing w:before="120" w:after="120"/>
        <w:ind w:left="240"/>
        <w:rPr>
          <w:b/>
          <w:bCs/>
        </w:rPr>
      </w:pPr>
      <w:r w:rsidRPr="00FB7D08">
        <w:rPr>
          <w:b/>
          <w:bCs/>
        </w:rPr>
        <w:t>8.</w:t>
      </w:r>
      <w:r w:rsidRPr="00FB7D08">
        <w:rPr>
          <w:b/>
          <w:bCs/>
        </w:rPr>
        <w:tab/>
        <w:t>Putting the Ball into Play</w:t>
      </w:r>
    </w:p>
    <w:p w14:paraId="045DE3AB" w14:textId="77777777" w:rsidR="0069675E" w:rsidRDefault="00667845" w:rsidP="00FB7D08">
      <w:pPr>
        <w:pStyle w:val="ListParagraph"/>
        <w:numPr>
          <w:ilvl w:val="0"/>
          <w:numId w:val="19"/>
        </w:numPr>
        <w:spacing w:before="120" w:after="120"/>
      </w:pPr>
      <w:r>
        <w:t>To start the game, there will be a jump ball at the mid-court jump circle. The team that does not first gain possession of the ball will receive possession of the ball during the next held ball or at the start of the next period, whichever comes first.</w:t>
      </w:r>
    </w:p>
    <w:p w14:paraId="20F3CB59" w14:textId="77777777" w:rsidR="0069675E" w:rsidRDefault="00667845" w:rsidP="00FB7D08">
      <w:pPr>
        <w:pStyle w:val="ListParagraph"/>
        <w:numPr>
          <w:ilvl w:val="0"/>
          <w:numId w:val="19"/>
        </w:numPr>
        <w:spacing w:before="120" w:after="120"/>
      </w:pPr>
      <w:r>
        <w:t>Throughout the game, the alternate possession rule shall be used when the ball is tied up between opposing players or when the official is unsure as to who last touched the ball before going out of bounds.</w:t>
      </w:r>
    </w:p>
    <w:p w14:paraId="43CCDFF6" w14:textId="77777777" w:rsidR="0069675E" w:rsidRPr="00B15C5C" w:rsidRDefault="00667845" w:rsidP="00FB7D08">
      <w:pPr>
        <w:pStyle w:val="ListParagraph"/>
        <w:numPr>
          <w:ilvl w:val="0"/>
          <w:numId w:val="19"/>
        </w:numPr>
        <w:spacing w:before="120" w:after="120"/>
        <w:rPr>
          <w:color w:val="000000" w:themeColor="text1"/>
        </w:rPr>
      </w:pPr>
      <w:r w:rsidRPr="00B15C5C">
        <w:rPr>
          <w:color w:val="000000" w:themeColor="text1"/>
        </w:rPr>
        <w:t>To start the second half, the possession arrow will determine who will start the half with the ball.</w:t>
      </w:r>
    </w:p>
    <w:p w14:paraId="25B8B6E9" w14:textId="77777777" w:rsidR="0069675E" w:rsidRDefault="00667845" w:rsidP="00FB7D08">
      <w:pPr>
        <w:pStyle w:val="ListParagraph"/>
        <w:numPr>
          <w:ilvl w:val="0"/>
          <w:numId w:val="19"/>
        </w:numPr>
        <w:spacing w:before="120" w:after="120"/>
      </w:pPr>
      <w:r>
        <w:t>In gyms where space is restricted, all players on the defensive team must stand at least three (3) feet away from the player in-bounding the ball. The first violation by any member will result in a team warning. The second and subsequent violations from any player on that team will result in a technical foul and two (2) points will automatically be awarded to the team that is in-bounding the ball. They will retain possession of the ball for a throw in at midcourt. Referees shall use discretion in enforcing this rule.</w:t>
      </w:r>
    </w:p>
    <w:p w14:paraId="442040C6" w14:textId="77777777" w:rsidR="0069675E" w:rsidRPr="00FB7D08" w:rsidRDefault="00667845">
      <w:pPr>
        <w:spacing w:before="120" w:after="120"/>
        <w:ind w:left="240"/>
        <w:rPr>
          <w:b/>
          <w:bCs/>
        </w:rPr>
      </w:pPr>
      <w:r w:rsidRPr="00FB7D08">
        <w:rPr>
          <w:b/>
          <w:bCs/>
        </w:rPr>
        <w:t>9.</w:t>
      </w:r>
      <w:r w:rsidRPr="00FB7D08">
        <w:rPr>
          <w:b/>
          <w:bCs/>
        </w:rPr>
        <w:tab/>
        <w:t>Violations</w:t>
      </w:r>
    </w:p>
    <w:p w14:paraId="2461D5E1" w14:textId="77777777" w:rsidR="0069675E" w:rsidRDefault="00667845" w:rsidP="00FB7D08">
      <w:pPr>
        <w:pStyle w:val="ListParagraph"/>
        <w:numPr>
          <w:ilvl w:val="0"/>
          <w:numId w:val="20"/>
        </w:numPr>
        <w:spacing w:before="120" w:after="120"/>
      </w:pPr>
      <w:r>
        <w:t>The penalty for the following violations shall be the awarding of the ball to the opposing team:</w:t>
      </w:r>
    </w:p>
    <w:p w14:paraId="5856EC6F" w14:textId="77777777" w:rsidR="0069675E" w:rsidRDefault="00667845" w:rsidP="00FB7D08">
      <w:pPr>
        <w:pStyle w:val="ListParagraph"/>
        <w:numPr>
          <w:ilvl w:val="0"/>
          <w:numId w:val="20"/>
        </w:numPr>
        <w:spacing w:before="120" w:after="120"/>
      </w:pPr>
      <w:r>
        <w:t>Traveling (taking more than one step with the ball without passing, dribbling or shooting).</w:t>
      </w:r>
    </w:p>
    <w:p w14:paraId="19B9340B" w14:textId="77777777" w:rsidR="0069675E" w:rsidRDefault="00667845" w:rsidP="00FB7D08">
      <w:pPr>
        <w:pStyle w:val="ListParagraph"/>
        <w:numPr>
          <w:ilvl w:val="0"/>
          <w:numId w:val="20"/>
        </w:numPr>
        <w:spacing w:before="120" w:after="120"/>
      </w:pPr>
      <w:r>
        <w:t>Stepping out of bounds with the ball or being the last to touch the ball before it goes out of bounds.</w:t>
      </w:r>
    </w:p>
    <w:p w14:paraId="710E5C0A" w14:textId="77777777" w:rsidR="0069675E" w:rsidRDefault="00667845" w:rsidP="00FB7D08">
      <w:pPr>
        <w:pStyle w:val="ListParagraph"/>
        <w:numPr>
          <w:ilvl w:val="0"/>
          <w:numId w:val="20"/>
        </w:numPr>
        <w:spacing w:before="120" w:after="120"/>
      </w:pPr>
      <w:r>
        <w:t>Double dribbling (palming the ball, dribbling the ball with either both hands at once or a second series of dribbling without another player handling the ball).</w:t>
      </w:r>
    </w:p>
    <w:p w14:paraId="4EEDE7DD" w14:textId="77777777" w:rsidR="0069675E" w:rsidRDefault="00667845" w:rsidP="00FB7D08">
      <w:pPr>
        <w:pStyle w:val="ListParagraph"/>
        <w:numPr>
          <w:ilvl w:val="0"/>
          <w:numId w:val="20"/>
        </w:numPr>
        <w:spacing w:before="120" w:after="120"/>
      </w:pPr>
      <w:r>
        <w:t>Stepping over or away from a restraining line during a free throw or a jump ball.</w:t>
      </w:r>
    </w:p>
    <w:p w14:paraId="17E4E96C" w14:textId="77777777" w:rsidR="0069675E" w:rsidRDefault="00667845" w:rsidP="00FB7D08">
      <w:pPr>
        <w:pStyle w:val="ListParagraph"/>
        <w:numPr>
          <w:ilvl w:val="0"/>
          <w:numId w:val="20"/>
        </w:numPr>
        <w:spacing w:before="120" w:after="120"/>
      </w:pPr>
      <w:r>
        <w:t>Taking more than ten (10) seconds to advance the ball across the mid-court line.</w:t>
      </w:r>
    </w:p>
    <w:p w14:paraId="43DB896F" w14:textId="77777777" w:rsidR="0069675E" w:rsidRDefault="00667845" w:rsidP="00FB7D08">
      <w:pPr>
        <w:pStyle w:val="ListParagraph"/>
        <w:numPr>
          <w:ilvl w:val="0"/>
          <w:numId w:val="20"/>
        </w:numPr>
        <w:spacing w:before="120" w:after="120"/>
      </w:pPr>
      <w:r>
        <w:t>Three seconds (offensive player remaining in the key under the offensive basket for more than three (3) seconds).</w:t>
      </w:r>
    </w:p>
    <w:p w14:paraId="58343FD0" w14:textId="77777777" w:rsidR="0069675E" w:rsidRPr="00FB7D08" w:rsidRDefault="00667845">
      <w:pPr>
        <w:spacing w:before="120" w:after="120"/>
        <w:ind w:left="240"/>
        <w:rPr>
          <w:b/>
          <w:bCs/>
        </w:rPr>
      </w:pPr>
      <w:r w:rsidRPr="00FB7D08">
        <w:rPr>
          <w:b/>
          <w:bCs/>
        </w:rPr>
        <w:t>10.</w:t>
      </w:r>
      <w:r w:rsidRPr="00FB7D08">
        <w:rPr>
          <w:b/>
          <w:bCs/>
        </w:rPr>
        <w:tab/>
        <w:t>Personal Fouls</w:t>
      </w:r>
    </w:p>
    <w:p w14:paraId="55C2215A" w14:textId="4E5E011C" w:rsidR="00FB7D08" w:rsidRDefault="00667845" w:rsidP="00FB7D08">
      <w:pPr>
        <w:pStyle w:val="ListParagraph"/>
        <w:numPr>
          <w:ilvl w:val="0"/>
          <w:numId w:val="21"/>
        </w:numPr>
        <w:spacing w:before="120" w:after="120"/>
      </w:pPr>
      <w:r>
        <w:t>If a player receives five (5) personal fouls in one game, that player is disqualified and may not participate for the remainder of the game. Technical fouls are included as personal fouls.</w:t>
      </w:r>
    </w:p>
    <w:p w14:paraId="5A5A46D1" w14:textId="149B6BDD" w:rsidR="0069675E" w:rsidRPr="00FB7D08" w:rsidRDefault="00FB7D08" w:rsidP="00FB7D08">
      <w:pPr>
        <w:spacing w:before="120" w:after="120"/>
        <w:ind w:left="240"/>
      </w:pPr>
      <w:r>
        <w:rPr>
          <w:b/>
          <w:bCs/>
        </w:rPr>
        <w:t xml:space="preserve">11.  </w:t>
      </w:r>
      <w:r w:rsidRPr="00FB7D08">
        <w:rPr>
          <w:b/>
          <w:bCs/>
        </w:rPr>
        <w:t>T</w:t>
      </w:r>
      <w:r w:rsidR="00667845" w:rsidRPr="00FB7D08">
        <w:rPr>
          <w:b/>
          <w:bCs/>
        </w:rPr>
        <w:t>echnical Fouls</w:t>
      </w:r>
    </w:p>
    <w:p w14:paraId="5A14E916" w14:textId="77777777" w:rsidR="00FB7D08" w:rsidRDefault="00667845" w:rsidP="00FB7D08">
      <w:pPr>
        <w:pStyle w:val="ListParagraph"/>
        <w:numPr>
          <w:ilvl w:val="0"/>
          <w:numId w:val="22"/>
        </w:numPr>
        <w:spacing w:before="120" w:after="120"/>
      </w:pPr>
      <w:r>
        <w:t xml:space="preserve">When a technical foul is called, the fouled team will be awarded two (2) points and possession of the ball at mid-court. Free throws will not be awarded at any time for technical fouls. </w:t>
      </w:r>
    </w:p>
    <w:p w14:paraId="545BADC5" w14:textId="7BC89BFB" w:rsidR="0069675E" w:rsidRDefault="00667845" w:rsidP="00FB7D08">
      <w:pPr>
        <w:pStyle w:val="ListParagraph"/>
        <w:numPr>
          <w:ilvl w:val="0"/>
          <w:numId w:val="22"/>
        </w:numPr>
        <w:spacing w:before="120" w:after="120"/>
      </w:pPr>
      <w:r>
        <w:t>Technical fouls for players and coaches include, but are not limited to:</w:t>
      </w:r>
    </w:p>
    <w:p w14:paraId="5C264358" w14:textId="77777777" w:rsidR="0069675E" w:rsidRPr="005221B6" w:rsidRDefault="00667845" w:rsidP="00FB7D08">
      <w:pPr>
        <w:pStyle w:val="ListParagraph"/>
        <w:numPr>
          <w:ilvl w:val="1"/>
          <w:numId w:val="22"/>
        </w:numPr>
        <w:spacing w:before="120" w:after="120"/>
      </w:pPr>
      <w:r>
        <w:t xml:space="preserve">Substitutions being made without permission of a referee (entering or leaving the game without </w:t>
      </w:r>
      <w:r w:rsidRPr="005221B6">
        <w:t>permission).</w:t>
      </w:r>
    </w:p>
    <w:p w14:paraId="42F26C92" w14:textId="25E2B388" w:rsidR="0069675E" w:rsidRPr="005221B6" w:rsidRDefault="005221B6" w:rsidP="00FB7D08">
      <w:pPr>
        <w:pStyle w:val="ListParagraph"/>
        <w:numPr>
          <w:ilvl w:val="1"/>
          <w:numId w:val="22"/>
        </w:numPr>
        <w:spacing w:before="120" w:after="120"/>
        <w:rPr>
          <w:color w:val="EE0000"/>
        </w:rPr>
      </w:pPr>
      <w:r w:rsidRPr="005221B6">
        <w:rPr>
          <w:color w:val="EE0000"/>
        </w:rPr>
        <w:t>Intentional d</w:t>
      </w:r>
      <w:r w:rsidR="00667845" w:rsidRPr="005221B6">
        <w:rPr>
          <w:color w:val="EE0000"/>
        </w:rPr>
        <w:t>elay of game by any player, coach or participant</w:t>
      </w:r>
      <w:r w:rsidR="00A340D2" w:rsidRPr="005221B6">
        <w:rPr>
          <w:color w:val="EE0000"/>
        </w:rPr>
        <w:t xml:space="preserve"> is a warning. Additional occurrences are a technical foul.</w:t>
      </w:r>
    </w:p>
    <w:p w14:paraId="693C0291" w14:textId="77777777" w:rsidR="0069675E" w:rsidRDefault="00667845" w:rsidP="00FB7D08">
      <w:pPr>
        <w:pStyle w:val="ListParagraph"/>
        <w:numPr>
          <w:ilvl w:val="1"/>
          <w:numId w:val="22"/>
        </w:numPr>
        <w:spacing w:before="120" w:after="120"/>
      </w:pPr>
      <w:r>
        <w:t>Coach or player not staying on bench or in team area.</w:t>
      </w:r>
    </w:p>
    <w:p w14:paraId="3E3B533C" w14:textId="77777777" w:rsidR="0069675E" w:rsidRDefault="00667845" w:rsidP="00FB7D08">
      <w:pPr>
        <w:pStyle w:val="ListParagraph"/>
        <w:numPr>
          <w:ilvl w:val="1"/>
          <w:numId w:val="22"/>
        </w:numPr>
        <w:spacing w:before="120" w:after="120"/>
      </w:pPr>
      <w:r>
        <w:t>Coach or player's use of abusive language.</w:t>
      </w:r>
    </w:p>
    <w:p w14:paraId="04F5077B" w14:textId="77777777" w:rsidR="0069675E" w:rsidRDefault="00667845" w:rsidP="00FB7D08">
      <w:pPr>
        <w:pStyle w:val="ListParagraph"/>
        <w:numPr>
          <w:ilvl w:val="1"/>
          <w:numId w:val="22"/>
        </w:numPr>
        <w:spacing w:before="120" w:after="120"/>
      </w:pPr>
      <w:r>
        <w:t>Unsportsmanlike conduct.</w:t>
      </w:r>
    </w:p>
    <w:p w14:paraId="472CB5A0" w14:textId="42156AAF" w:rsidR="0069675E" w:rsidRPr="005221B6" w:rsidRDefault="00667845" w:rsidP="00FB7D08">
      <w:pPr>
        <w:pStyle w:val="ListParagraph"/>
        <w:numPr>
          <w:ilvl w:val="1"/>
          <w:numId w:val="22"/>
        </w:numPr>
        <w:spacing w:before="120" w:after="120"/>
        <w:rPr>
          <w:color w:val="000000" w:themeColor="text1"/>
        </w:rPr>
      </w:pPr>
      <w:r w:rsidRPr="005221B6">
        <w:rPr>
          <w:color w:val="000000" w:themeColor="text1"/>
        </w:rPr>
        <w:t>Flagrant fouls, can result in automatic ejection.</w:t>
      </w:r>
    </w:p>
    <w:p w14:paraId="1940A0F5" w14:textId="308A8615" w:rsidR="0069675E" w:rsidRDefault="00667845" w:rsidP="00FB7D08">
      <w:pPr>
        <w:pStyle w:val="ListParagraph"/>
        <w:numPr>
          <w:ilvl w:val="0"/>
          <w:numId w:val="22"/>
        </w:numPr>
        <w:spacing w:before="120" w:after="120"/>
        <w:rPr>
          <w:color w:val="000000" w:themeColor="text1"/>
        </w:rPr>
      </w:pPr>
      <w:r w:rsidRPr="006D7EFC">
        <w:rPr>
          <w:color w:val="000000" w:themeColor="text1"/>
        </w:rPr>
        <w:t>Two (2) technical fouls by one player or coach disqualify that player or coach from the rest of the game. Coaches ejected during the game may not continue coaching during that game and are required to leave the facility. Players ejected from the game are confined to the team bench area or they may leave the facility</w:t>
      </w:r>
      <w:r w:rsidR="00493CB5">
        <w:rPr>
          <w:color w:val="000000" w:themeColor="text1"/>
        </w:rPr>
        <w:t xml:space="preserve"> with parents</w:t>
      </w:r>
      <w:r w:rsidRPr="006D7EFC">
        <w:rPr>
          <w:color w:val="000000" w:themeColor="text1"/>
        </w:rPr>
        <w:t>.</w:t>
      </w:r>
    </w:p>
    <w:p w14:paraId="58286DE3" w14:textId="71D631AC" w:rsidR="005B5027" w:rsidRPr="00B973A0" w:rsidRDefault="005B5027" w:rsidP="00B973A0">
      <w:pPr>
        <w:pStyle w:val="ListParagraph"/>
        <w:numPr>
          <w:ilvl w:val="0"/>
          <w:numId w:val="22"/>
        </w:numPr>
        <w:spacing w:before="120" w:after="120"/>
        <w:rPr>
          <w:b/>
          <w:bCs/>
          <w:color w:val="EE0000"/>
        </w:rPr>
      </w:pPr>
      <w:r w:rsidRPr="00ED3D25">
        <w:rPr>
          <w:b/>
          <w:bCs/>
          <w:color w:val="EE0000"/>
        </w:rPr>
        <w:t xml:space="preserve">Flagrant fouls are </w:t>
      </w:r>
      <w:r w:rsidR="008D139D" w:rsidRPr="00ED3D25">
        <w:rPr>
          <w:b/>
          <w:bCs/>
          <w:color w:val="EE0000"/>
        </w:rPr>
        <w:t xml:space="preserve">awarded </w:t>
      </w:r>
      <w:r w:rsidR="005E1DE7">
        <w:rPr>
          <w:b/>
          <w:bCs/>
          <w:color w:val="EE0000"/>
        </w:rPr>
        <w:t xml:space="preserve">at the discretion of the referee and </w:t>
      </w:r>
      <w:r w:rsidR="00C776E3">
        <w:rPr>
          <w:b/>
          <w:bCs/>
          <w:color w:val="EE0000"/>
        </w:rPr>
        <w:t xml:space="preserve">may result in </w:t>
      </w:r>
      <w:r w:rsidR="00C776E3" w:rsidRPr="00B973A0">
        <w:rPr>
          <w:b/>
          <w:bCs/>
          <w:color w:val="EE0000"/>
        </w:rPr>
        <w:t>immediate ejection.</w:t>
      </w:r>
    </w:p>
    <w:p w14:paraId="5F6B84B5" w14:textId="576E07A5" w:rsidR="0069675E" w:rsidRDefault="00667845" w:rsidP="00FB7D08">
      <w:pPr>
        <w:pStyle w:val="ListParagraph"/>
        <w:numPr>
          <w:ilvl w:val="0"/>
          <w:numId w:val="22"/>
        </w:numPr>
        <w:spacing w:before="120" w:after="120"/>
      </w:pPr>
      <w:r>
        <w:t xml:space="preserve">A player or coach or spectator may be ejected from the game without any previous technical fouls or warnings if the official determines that an act warrants such action. This would then be considered a technical foul. </w:t>
      </w:r>
      <w:r w:rsidR="00381E3E">
        <w:t xml:space="preserve">Spectator fouls are counted as technical fouls against the team.  </w:t>
      </w:r>
      <w:r w:rsidRPr="000C076E">
        <w:rPr>
          <w:color w:val="EE0000"/>
        </w:rPr>
        <w:t xml:space="preserve">If a player, coach, or parent is ejected from a game, they </w:t>
      </w:r>
      <w:r w:rsidR="004F6815">
        <w:rPr>
          <w:color w:val="EE0000"/>
        </w:rPr>
        <w:t xml:space="preserve">may </w:t>
      </w:r>
      <w:r w:rsidRPr="000C076E">
        <w:rPr>
          <w:color w:val="EE0000"/>
        </w:rPr>
        <w:t xml:space="preserve">receive </w:t>
      </w:r>
      <w:r w:rsidR="00C776E3">
        <w:rPr>
          <w:color w:val="EE0000"/>
        </w:rPr>
        <w:t xml:space="preserve">a </w:t>
      </w:r>
      <w:r w:rsidRPr="000C076E">
        <w:rPr>
          <w:color w:val="EE0000"/>
        </w:rPr>
        <w:t xml:space="preserve">suspension for the following game. </w:t>
      </w:r>
      <w:r w:rsidR="00CC72A0">
        <w:rPr>
          <w:color w:val="EE0000"/>
        </w:rPr>
        <w:t xml:space="preserve">  </w:t>
      </w:r>
      <w:r>
        <w:t>Players, Volunteers, and Spectators may be subject to further disciplinary action.</w:t>
      </w:r>
    </w:p>
    <w:p w14:paraId="3ACF0C50" w14:textId="77777777" w:rsidR="0069675E" w:rsidRDefault="00667845" w:rsidP="00FB7D08">
      <w:pPr>
        <w:pStyle w:val="ListParagraph"/>
        <w:numPr>
          <w:ilvl w:val="0"/>
          <w:numId w:val="22"/>
        </w:numPr>
        <w:spacing w:before="120" w:after="120"/>
      </w:pPr>
      <w:r>
        <w:t>Simultaneous personal and/or technical fouls result in a jump ball (the team with the possession arrow in their favor is given possession of the ball). No points are awarded to either team.</w:t>
      </w:r>
    </w:p>
    <w:p w14:paraId="34183CDE" w14:textId="77777777" w:rsidR="0069675E" w:rsidRDefault="00667845" w:rsidP="00FB7D08">
      <w:pPr>
        <w:pStyle w:val="ListParagraph"/>
        <w:numPr>
          <w:ilvl w:val="0"/>
          <w:numId w:val="22"/>
        </w:numPr>
        <w:spacing w:before="120" w:after="120"/>
      </w:pPr>
      <w:r>
        <w:t>Any FYBA participant (Player, Referee, Volunteer, or Spectator) found in violation of any of the rules in this section will be subject to disciplinary action as decided by the FYBA Disciplinary Committee.</w:t>
      </w:r>
    </w:p>
    <w:p w14:paraId="20E3E864" w14:textId="77777777" w:rsidR="0069675E" w:rsidRPr="00FB7D08" w:rsidRDefault="00667845">
      <w:pPr>
        <w:spacing w:before="120" w:after="120"/>
        <w:ind w:left="240"/>
        <w:rPr>
          <w:b/>
          <w:bCs/>
        </w:rPr>
      </w:pPr>
      <w:r w:rsidRPr="00FB7D08">
        <w:rPr>
          <w:b/>
          <w:bCs/>
        </w:rPr>
        <w:t>12. Coaches</w:t>
      </w:r>
    </w:p>
    <w:p w14:paraId="625712B4" w14:textId="77777777" w:rsidR="0069675E" w:rsidRDefault="00667845" w:rsidP="00FB7D08">
      <w:pPr>
        <w:pStyle w:val="ListParagraph"/>
        <w:numPr>
          <w:ilvl w:val="0"/>
          <w:numId w:val="23"/>
        </w:numPr>
        <w:spacing w:before="120" w:after="120"/>
      </w:pPr>
      <w:r>
        <w:t>Volunteers (Coaches, Assistant Coaches, etc.) shall follow the Volunteer Code of Conduct</w:t>
      </w:r>
    </w:p>
    <w:p w14:paraId="41755D14" w14:textId="1E39C29E" w:rsidR="0069675E" w:rsidRDefault="00667845" w:rsidP="00FB7D08">
      <w:pPr>
        <w:pStyle w:val="ListParagraph"/>
        <w:numPr>
          <w:ilvl w:val="0"/>
          <w:numId w:val="23"/>
        </w:numPr>
        <w:spacing w:before="120" w:after="120"/>
      </w:pPr>
      <w:r>
        <w:t xml:space="preserve">Only </w:t>
      </w:r>
      <w:r w:rsidR="006B597F">
        <w:rPr>
          <w:color w:val="EE0000"/>
        </w:rPr>
        <w:t>rostered</w:t>
      </w:r>
      <w:r w:rsidRPr="00C718BE">
        <w:rPr>
          <w:color w:val="EE0000"/>
        </w:rPr>
        <w:t xml:space="preserve"> coaches </w:t>
      </w:r>
      <w:r>
        <w:t>f</w:t>
      </w:r>
      <w:r w:rsidR="00111546">
        <w:t>rom</w:t>
      </w:r>
      <w:r>
        <w:t xml:space="preserve"> each team may be in the team area at any given time. Only 1 coach may stand during the game. The standing coach must remain in their designated standing area and off of the playing floor</w:t>
      </w:r>
    </w:p>
    <w:p w14:paraId="4E80B25D" w14:textId="0993C707" w:rsidR="0069675E" w:rsidRDefault="00667845" w:rsidP="00FB7D08">
      <w:pPr>
        <w:pStyle w:val="ListParagraph"/>
        <w:numPr>
          <w:ilvl w:val="0"/>
          <w:numId w:val="23"/>
        </w:numPr>
        <w:spacing w:before="120" w:after="120"/>
      </w:pPr>
      <w:r>
        <w:t xml:space="preserve">Coaches </w:t>
      </w:r>
      <w:r w:rsidR="00A81850">
        <w:t>shall</w:t>
      </w:r>
      <w:r>
        <w:t xml:space="preserve"> ensure only players on their team are in the bench area. Friends, guest coaches, cheerleaders, etc. are not allowed.</w:t>
      </w:r>
    </w:p>
    <w:p w14:paraId="63568558" w14:textId="36466FB1" w:rsidR="0069675E" w:rsidRDefault="00667845" w:rsidP="00FB7D08">
      <w:pPr>
        <w:pStyle w:val="ListParagraph"/>
        <w:numPr>
          <w:ilvl w:val="0"/>
          <w:numId w:val="23"/>
        </w:numPr>
        <w:spacing w:before="120" w:after="120"/>
      </w:pPr>
      <w:r>
        <w:t>The Board of Directors must approve all coaches.</w:t>
      </w:r>
    </w:p>
    <w:p w14:paraId="09467A22" w14:textId="77777777" w:rsidR="0069675E" w:rsidRDefault="00667845" w:rsidP="00FB7D08">
      <w:pPr>
        <w:pStyle w:val="ListParagraph"/>
        <w:numPr>
          <w:ilvl w:val="0"/>
          <w:numId w:val="23"/>
        </w:numPr>
        <w:spacing w:before="120" w:after="120"/>
      </w:pPr>
      <w:r>
        <w:t>No coach shall penalize or discipline any player by limiting playing time below the one-half (1/2) game. Disciplinary action is the responsibility of the FYBA Board of Directors</w:t>
      </w:r>
    </w:p>
    <w:p w14:paraId="6FC812CF" w14:textId="77777777" w:rsidR="0069675E" w:rsidRDefault="00667845" w:rsidP="00FB7D08">
      <w:pPr>
        <w:pStyle w:val="ListParagraph"/>
        <w:numPr>
          <w:ilvl w:val="0"/>
          <w:numId w:val="23"/>
        </w:numPr>
        <w:spacing w:before="120" w:after="120"/>
      </w:pPr>
      <w:r>
        <w:t>Any FYBA participant (Player, Referee, Volunteer, or Spectator) found in violation of any of the rules in this section will be subject to disciplinary action as decided by the FYBA Disciplinary Committee.</w:t>
      </w:r>
    </w:p>
    <w:p w14:paraId="698692B2" w14:textId="65288C98" w:rsidR="0069675E" w:rsidRPr="00FB7D08" w:rsidRDefault="00667845">
      <w:pPr>
        <w:spacing w:before="120" w:after="120"/>
        <w:ind w:left="240"/>
        <w:rPr>
          <w:b/>
          <w:bCs/>
        </w:rPr>
      </w:pPr>
      <w:r w:rsidRPr="00FB7D08">
        <w:rPr>
          <w:b/>
          <w:bCs/>
        </w:rPr>
        <w:t>13.</w:t>
      </w:r>
      <w:r w:rsidRPr="00FB7D08">
        <w:rPr>
          <w:b/>
          <w:bCs/>
        </w:rPr>
        <w:tab/>
      </w:r>
      <w:r w:rsidR="00FB7D08" w:rsidRPr="00FB7D08">
        <w:rPr>
          <w:b/>
          <w:bCs/>
        </w:rPr>
        <w:t>Refe</w:t>
      </w:r>
      <w:r w:rsidRPr="00FB7D08">
        <w:rPr>
          <w:b/>
          <w:bCs/>
        </w:rPr>
        <w:t>rees</w:t>
      </w:r>
    </w:p>
    <w:p w14:paraId="6AB6AE79" w14:textId="77777777" w:rsidR="0069675E" w:rsidRDefault="00667845" w:rsidP="00FB7D08">
      <w:pPr>
        <w:pStyle w:val="ListParagraph"/>
        <w:numPr>
          <w:ilvl w:val="0"/>
          <w:numId w:val="25"/>
        </w:numPr>
        <w:spacing w:before="120" w:after="120"/>
      </w:pPr>
      <w:r>
        <w:t>Referees shall follow the FYBA Referee Code of Conduct</w:t>
      </w:r>
    </w:p>
    <w:p w14:paraId="7D5042CD" w14:textId="321B3F5C" w:rsidR="0069675E" w:rsidRPr="00FB7D08" w:rsidRDefault="00667845" w:rsidP="00FB7D08">
      <w:pPr>
        <w:pStyle w:val="ListParagraph"/>
        <w:numPr>
          <w:ilvl w:val="0"/>
          <w:numId w:val="25"/>
        </w:numPr>
        <w:spacing w:before="120" w:after="120"/>
        <w:rPr>
          <w:color w:val="EE0000"/>
        </w:rPr>
      </w:pPr>
      <w:r w:rsidRPr="00FB7D08">
        <w:rPr>
          <w:color w:val="EE0000"/>
        </w:rPr>
        <w:t xml:space="preserve">Referees shall </w:t>
      </w:r>
      <w:r w:rsidR="00291520">
        <w:rPr>
          <w:color w:val="EE0000"/>
        </w:rPr>
        <w:t>select assignments from the available games</w:t>
      </w:r>
      <w:r w:rsidR="00095650">
        <w:rPr>
          <w:color w:val="EE0000"/>
        </w:rPr>
        <w:t xml:space="preserve"> posted weekly</w:t>
      </w:r>
      <w:r w:rsidR="00291520">
        <w:rPr>
          <w:color w:val="EE0000"/>
        </w:rPr>
        <w:t xml:space="preserve">.  </w:t>
      </w:r>
      <w:r w:rsidRPr="00FB7D08">
        <w:rPr>
          <w:color w:val="EE0000"/>
        </w:rPr>
        <w:t xml:space="preserve">If a referee deems it necessary, they shall have the authority to </w:t>
      </w:r>
      <w:r w:rsidR="009928A9">
        <w:rPr>
          <w:color w:val="EE0000"/>
        </w:rPr>
        <w:t>eject</w:t>
      </w:r>
      <w:r w:rsidRPr="00FB7D08">
        <w:rPr>
          <w:color w:val="EE0000"/>
        </w:rPr>
        <w:t xml:space="preserve"> any player, coach or spectator from the game. Referees also have the authority to </w:t>
      </w:r>
      <w:r w:rsidR="00CB4103">
        <w:rPr>
          <w:color w:val="EE0000"/>
        </w:rPr>
        <w:t>eject</w:t>
      </w:r>
      <w:r w:rsidRPr="00FB7D08">
        <w:rPr>
          <w:color w:val="EE0000"/>
        </w:rPr>
        <w:t xml:space="preserve"> coaches or spectators from the gym as well as suspending the game.</w:t>
      </w:r>
    </w:p>
    <w:p w14:paraId="0B1FB36E" w14:textId="2BCFBA7B" w:rsidR="0069675E" w:rsidRPr="00E241A9" w:rsidRDefault="00667845" w:rsidP="00FB7D08">
      <w:pPr>
        <w:pStyle w:val="ListParagraph"/>
        <w:numPr>
          <w:ilvl w:val="0"/>
          <w:numId w:val="25"/>
        </w:numPr>
        <w:spacing w:before="120" w:after="120"/>
      </w:pPr>
      <w:r w:rsidRPr="00E241A9">
        <w:t>FYBA Board Members who are present at a game may consult with officials to help settle any disputes due to rule interpretations. Th</w:t>
      </w:r>
      <w:r w:rsidR="002A6214">
        <w:t xml:space="preserve">e </w:t>
      </w:r>
      <w:r w:rsidRPr="00E241A9">
        <w:t xml:space="preserve">decisions </w:t>
      </w:r>
      <w:r w:rsidR="002A6214">
        <w:t xml:space="preserve">of the official </w:t>
      </w:r>
      <w:r w:rsidRPr="00E241A9">
        <w:t>are final.</w:t>
      </w:r>
    </w:p>
    <w:p w14:paraId="5A33274D" w14:textId="2B0C0BA9" w:rsidR="0069675E" w:rsidRDefault="00667845" w:rsidP="00FB7D08">
      <w:pPr>
        <w:pStyle w:val="ListParagraph"/>
        <w:numPr>
          <w:ilvl w:val="0"/>
          <w:numId w:val="25"/>
        </w:numPr>
        <w:spacing w:before="120" w:after="120"/>
      </w:pPr>
      <w:r>
        <w:t xml:space="preserve">Referees shall report all actions of players, coaches or spectators </w:t>
      </w:r>
      <w:r w:rsidR="006A0FF7">
        <w:t>ejected</w:t>
      </w:r>
      <w:r>
        <w:t xml:space="preserve"> from a game to the Referee Coordinator. If a player, coach or spectator is ejected from a game, he/she may be subject to further disciplinary action.</w:t>
      </w:r>
    </w:p>
    <w:p w14:paraId="7777927B" w14:textId="6669ADD5" w:rsidR="0069675E" w:rsidRDefault="00667845" w:rsidP="00FB7D08">
      <w:pPr>
        <w:pStyle w:val="ListParagraph"/>
        <w:numPr>
          <w:ilvl w:val="0"/>
          <w:numId w:val="25"/>
        </w:numPr>
        <w:spacing w:before="120" w:after="120"/>
      </w:pPr>
      <w:r>
        <w:t xml:space="preserve">The referees shall follow these rules. If these rules are not specific to the situation, the referee shall </w:t>
      </w:r>
      <w:r w:rsidR="00325681">
        <w:t xml:space="preserve">default to NFHS rules.  </w:t>
      </w:r>
      <w:r>
        <w:t>All decisions by the referees are final. This includes unsportsmanlike conduct by spectators.</w:t>
      </w:r>
    </w:p>
    <w:p w14:paraId="2A23BF78" w14:textId="08281A1B" w:rsidR="0069675E" w:rsidRPr="00FF7796" w:rsidRDefault="00667845" w:rsidP="00FB7D08">
      <w:pPr>
        <w:pStyle w:val="ListParagraph"/>
        <w:numPr>
          <w:ilvl w:val="0"/>
          <w:numId w:val="25"/>
        </w:numPr>
        <w:spacing w:before="120" w:after="120"/>
        <w:rPr>
          <w:color w:val="000000" w:themeColor="text1"/>
        </w:rPr>
      </w:pPr>
      <w:r w:rsidRPr="00FF7796">
        <w:rPr>
          <w:color w:val="000000" w:themeColor="text1"/>
        </w:rPr>
        <w:t xml:space="preserve">At the discretion of the Board, each game may be assigned three officials. </w:t>
      </w:r>
    </w:p>
    <w:p w14:paraId="3875397C" w14:textId="77777777" w:rsidR="0069675E" w:rsidRDefault="00667845" w:rsidP="00D30530">
      <w:pPr>
        <w:pStyle w:val="ListParagraph"/>
        <w:numPr>
          <w:ilvl w:val="0"/>
          <w:numId w:val="25"/>
        </w:numPr>
        <w:spacing w:before="120" w:after="120"/>
      </w:pPr>
      <w:r>
        <w:t>Any FYBA Referee found in violation of any of the rules in this section will be subject to disciplinary action as decided by the FYBA Disciplinary Committee.</w:t>
      </w:r>
    </w:p>
    <w:p w14:paraId="042B0A31" w14:textId="77777777" w:rsidR="0069675E" w:rsidRPr="00D30530" w:rsidRDefault="00667845">
      <w:pPr>
        <w:spacing w:before="120" w:after="120"/>
        <w:ind w:left="240"/>
        <w:rPr>
          <w:b/>
          <w:bCs/>
        </w:rPr>
      </w:pPr>
      <w:r w:rsidRPr="00D30530">
        <w:rPr>
          <w:b/>
          <w:bCs/>
        </w:rPr>
        <w:t>14.</w:t>
      </w:r>
      <w:r w:rsidRPr="00D30530">
        <w:rPr>
          <w:b/>
          <w:bCs/>
        </w:rPr>
        <w:tab/>
        <w:t>Injuries</w:t>
      </w:r>
    </w:p>
    <w:p w14:paraId="02329980" w14:textId="77777777" w:rsidR="0069675E" w:rsidRDefault="00667845" w:rsidP="00D30530">
      <w:pPr>
        <w:pStyle w:val="ListParagraph"/>
        <w:numPr>
          <w:ilvl w:val="0"/>
          <w:numId w:val="26"/>
        </w:numPr>
        <w:spacing w:before="120" w:after="120"/>
      </w:pPr>
      <w:r>
        <w:t>If any injury occurs, the injured player's coach will be allowed onto the court to tend to the injury. However, the coach may not enter the court until the referee allows them to do so.</w:t>
      </w:r>
    </w:p>
    <w:p w14:paraId="5FBB7FE8" w14:textId="4703E253" w:rsidR="00FD0A4A" w:rsidRDefault="00FD0A4A" w:rsidP="00D30530">
      <w:pPr>
        <w:pStyle w:val="ListParagraph"/>
        <w:numPr>
          <w:ilvl w:val="0"/>
          <w:numId w:val="26"/>
        </w:numPr>
        <w:spacing w:before="120" w:after="120"/>
        <w:rPr>
          <w:color w:val="EE0000"/>
        </w:rPr>
      </w:pPr>
      <w:r w:rsidRPr="00FD0A4A">
        <w:rPr>
          <w:color w:val="EE0000"/>
        </w:rPr>
        <w:t>If the coach enters the court to assist the injured player the player is required to leave the court.</w:t>
      </w:r>
    </w:p>
    <w:p w14:paraId="07CAC180" w14:textId="177F8B22" w:rsidR="006C06B2" w:rsidRPr="00FD0A4A" w:rsidRDefault="006C06B2" w:rsidP="00D30530">
      <w:pPr>
        <w:pStyle w:val="ListParagraph"/>
        <w:numPr>
          <w:ilvl w:val="0"/>
          <w:numId w:val="26"/>
        </w:numPr>
        <w:spacing w:before="120" w:after="120"/>
        <w:rPr>
          <w:color w:val="EE0000"/>
        </w:rPr>
      </w:pPr>
      <w:r>
        <w:rPr>
          <w:color w:val="EE0000"/>
        </w:rPr>
        <w:t xml:space="preserve">Coaches may </w:t>
      </w:r>
      <w:r w:rsidR="008344D0">
        <w:rPr>
          <w:color w:val="EE0000"/>
        </w:rPr>
        <w:t>request assistance from coaches or parents to aid the player safely off the court.</w:t>
      </w:r>
    </w:p>
    <w:p w14:paraId="6A37709B" w14:textId="77777777" w:rsidR="0069675E" w:rsidRDefault="00667845" w:rsidP="00D30530">
      <w:pPr>
        <w:pStyle w:val="ListParagraph"/>
        <w:numPr>
          <w:ilvl w:val="0"/>
          <w:numId w:val="26"/>
        </w:numPr>
        <w:spacing w:before="120" w:after="120"/>
      </w:pPr>
      <w:r>
        <w:t>If play is stopped due to injury, the player may be asked, at the referee's discretion, to leave the game.</w:t>
      </w:r>
    </w:p>
    <w:p w14:paraId="6BE7D17C" w14:textId="77777777" w:rsidR="0069675E" w:rsidRDefault="00667845" w:rsidP="00D30530">
      <w:pPr>
        <w:pStyle w:val="ListParagraph"/>
        <w:numPr>
          <w:ilvl w:val="0"/>
          <w:numId w:val="26"/>
        </w:numPr>
        <w:spacing w:before="120" w:after="120"/>
      </w:pPr>
      <w:r>
        <w:t>Players must bandage all open wounds before being allowed to play. If any blood is visible on the player or clothing, that player may not participate.</w:t>
      </w:r>
    </w:p>
    <w:p w14:paraId="375C7776" w14:textId="77777777" w:rsidR="0069675E" w:rsidRDefault="00667845" w:rsidP="00D30530">
      <w:pPr>
        <w:pStyle w:val="ListParagraph"/>
        <w:numPr>
          <w:ilvl w:val="0"/>
          <w:numId w:val="26"/>
        </w:numPr>
        <w:spacing w:before="120" w:after="120"/>
      </w:pPr>
      <w:r>
        <w:t xml:space="preserve">Coaches, players, and referees shall learn and adhere to the </w:t>
      </w:r>
      <w:r w:rsidRPr="00320E2E">
        <w:rPr>
          <w:color w:val="EE0000"/>
        </w:rPr>
        <w:t>FYBA concussion training and protocol.</w:t>
      </w:r>
    </w:p>
    <w:p w14:paraId="715FB59E" w14:textId="77777777" w:rsidR="0069675E" w:rsidRDefault="00667845" w:rsidP="00D30530">
      <w:pPr>
        <w:pStyle w:val="ListParagraph"/>
        <w:numPr>
          <w:ilvl w:val="0"/>
          <w:numId w:val="26"/>
        </w:numPr>
        <w:spacing w:before="120" w:after="120"/>
      </w:pPr>
      <w:r>
        <w:t xml:space="preserve">Injuries must be documented on an </w:t>
      </w:r>
      <w:r w:rsidRPr="00733FEA">
        <w:rPr>
          <w:color w:val="EE0000"/>
        </w:rPr>
        <w:t xml:space="preserve">"Accident Form" </w:t>
      </w:r>
      <w:r>
        <w:t>by the coach and provided to the Board for any subsequent action.</w:t>
      </w:r>
    </w:p>
    <w:p w14:paraId="1ED713B2" w14:textId="1040D1BE" w:rsidR="0069675E" w:rsidRPr="00D30530" w:rsidRDefault="00667845">
      <w:pPr>
        <w:spacing w:before="120" w:after="120"/>
        <w:ind w:left="240"/>
        <w:rPr>
          <w:b/>
          <w:bCs/>
        </w:rPr>
      </w:pPr>
      <w:r w:rsidRPr="00D30530">
        <w:rPr>
          <w:b/>
          <w:bCs/>
        </w:rPr>
        <w:t>15.</w:t>
      </w:r>
      <w:r w:rsidRPr="00D30530">
        <w:rPr>
          <w:b/>
          <w:bCs/>
        </w:rPr>
        <w:tab/>
        <w:t>Discipline</w:t>
      </w:r>
    </w:p>
    <w:p w14:paraId="3C1B4FD5" w14:textId="77777777" w:rsidR="0069675E" w:rsidRDefault="00667845" w:rsidP="00D30530">
      <w:pPr>
        <w:pStyle w:val="ListParagraph"/>
        <w:numPr>
          <w:ilvl w:val="0"/>
          <w:numId w:val="27"/>
        </w:numPr>
        <w:spacing w:before="120" w:after="120"/>
      </w:pPr>
      <w:r>
        <w:t>All player, volunteers, and spectators are expected to follow the FYBA Code of Conduct.</w:t>
      </w:r>
    </w:p>
    <w:p w14:paraId="7ED272BF" w14:textId="77777777" w:rsidR="0069675E" w:rsidRDefault="00667845" w:rsidP="00D30530">
      <w:pPr>
        <w:pStyle w:val="ListParagraph"/>
        <w:numPr>
          <w:ilvl w:val="0"/>
          <w:numId w:val="27"/>
        </w:numPr>
        <w:spacing w:before="120" w:after="120"/>
      </w:pPr>
      <w:r>
        <w:t>Coaches are in a position of leadership and are expected to role-model and enforce these rules and help the Board of Directors maintain the integrity of the league.</w:t>
      </w:r>
    </w:p>
    <w:p w14:paraId="6A88F774" w14:textId="77777777" w:rsidR="0069675E" w:rsidRPr="00307BB9" w:rsidRDefault="00667845" w:rsidP="00D30530">
      <w:pPr>
        <w:pStyle w:val="ListParagraph"/>
        <w:numPr>
          <w:ilvl w:val="0"/>
          <w:numId w:val="27"/>
        </w:numPr>
        <w:spacing w:before="120" w:after="120"/>
        <w:rPr>
          <w:color w:val="000000" w:themeColor="text1"/>
        </w:rPr>
      </w:pPr>
      <w:r w:rsidRPr="00307BB9">
        <w:rPr>
          <w:color w:val="000000" w:themeColor="text1"/>
        </w:rPr>
        <w:t>The FYBA Board of Directors has the authority to discipline coaches for any violations of the rules or of the Coach's Code of Ethics, including, but not limited to:</w:t>
      </w:r>
    </w:p>
    <w:p w14:paraId="238A16E7" w14:textId="77777777" w:rsidR="0069675E" w:rsidRDefault="00667845" w:rsidP="00D30530">
      <w:pPr>
        <w:pStyle w:val="ListParagraph"/>
        <w:numPr>
          <w:ilvl w:val="0"/>
          <w:numId w:val="27"/>
        </w:numPr>
        <w:spacing w:before="120" w:after="120"/>
      </w:pPr>
      <w:r>
        <w:t>Suspension from play or participation for the coach, assistant coach, or player.</w:t>
      </w:r>
    </w:p>
    <w:p w14:paraId="039D55C4" w14:textId="77777777" w:rsidR="0069675E" w:rsidRDefault="00667845" w:rsidP="00D30530">
      <w:pPr>
        <w:pStyle w:val="ListParagraph"/>
        <w:numPr>
          <w:ilvl w:val="0"/>
          <w:numId w:val="27"/>
        </w:numPr>
        <w:spacing w:before="120" w:after="120"/>
      </w:pPr>
      <w:r>
        <w:t>Expulsion from play or participation for the remainder of the season and/or subsequent seasons without refund of fees for coaches or players.</w:t>
      </w:r>
    </w:p>
    <w:p w14:paraId="45EFFC5F" w14:textId="77777777" w:rsidR="0069675E" w:rsidRDefault="00667845" w:rsidP="00D30530">
      <w:pPr>
        <w:pStyle w:val="ListParagraph"/>
        <w:numPr>
          <w:ilvl w:val="0"/>
          <w:numId w:val="27"/>
        </w:numPr>
        <w:spacing w:before="120" w:after="120"/>
      </w:pPr>
      <w:r>
        <w:t>Expulsion from the FYBA in perpetuity</w:t>
      </w:r>
    </w:p>
    <w:p w14:paraId="22B19CE2" w14:textId="77777777" w:rsidR="0069675E" w:rsidRDefault="00667845" w:rsidP="00D30530">
      <w:pPr>
        <w:pStyle w:val="ListParagraph"/>
        <w:numPr>
          <w:ilvl w:val="0"/>
          <w:numId w:val="27"/>
        </w:numPr>
        <w:spacing w:before="120" w:after="120"/>
      </w:pPr>
      <w:r>
        <w:t>Volunteer or other community service to remedy the infraction</w:t>
      </w:r>
    </w:p>
    <w:p w14:paraId="12DC51D0" w14:textId="77777777" w:rsidR="0069675E" w:rsidRDefault="00667845" w:rsidP="00D30530">
      <w:pPr>
        <w:pStyle w:val="ListParagraph"/>
        <w:numPr>
          <w:ilvl w:val="0"/>
          <w:numId w:val="27"/>
        </w:numPr>
        <w:spacing w:before="120" w:after="120"/>
      </w:pPr>
      <w:r>
        <w:t>The Disciplinary Committee shall determine whether additional action is necessary</w:t>
      </w:r>
    </w:p>
    <w:p w14:paraId="293B4585" w14:textId="3D74E14E" w:rsidR="0069675E" w:rsidRPr="00081D84" w:rsidRDefault="00667845" w:rsidP="00D30530">
      <w:pPr>
        <w:pStyle w:val="ListParagraph"/>
        <w:numPr>
          <w:ilvl w:val="0"/>
          <w:numId w:val="27"/>
        </w:numPr>
        <w:spacing w:before="120" w:after="120"/>
        <w:rPr>
          <w:color w:val="000000" w:themeColor="text1"/>
        </w:rPr>
      </w:pPr>
      <w:r w:rsidRPr="00081D84">
        <w:rPr>
          <w:color w:val="000000" w:themeColor="text1"/>
        </w:rPr>
        <w:t>The Disciplinary Committee will consist of the league President, Vice-President</w:t>
      </w:r>
      <w:r w:rsidR="0097071D" w:rsidRPr="00081D84">
        <w:rPr>
          <w:color w:val="000000" w:themeColor="text1"/>
        </w:rPr>
        <w:t xml:space="preserve"> and one </w:t>
      </w:r>
      <w:r w:rsidR="00CB6E5C" w:rsidRPr="00081D84">
        <w:rPr>
          <w:color w:val="000000" w:themeColor="text1"/>
        </w:rPr>
        <w:t xml:space="preserve">or more </w:t>
      </w:r>
      <w:r w:rsidR="0097071D" w:rsidRPr="00081D84">
        <w:rPr>
          <w:color w:val="000000" w:themeColor="text1"/>
        </w:rPr>
        <w:t xml:space="preserve">of the </w:t>
      </w:r>
      <w:r w:rsidR="00CB6E5C" w:rsidRPr="00081D84">
        <w:rPr>
          <w:color w:val="000000" w:themeColor="text1"/>
        </w:rPr>
        <w:t>following:  (</w:t>
      </w:r>
      <w:r w:rsidRPr="00081D84">
        <w:rPr>
          <w:color w:val="000000" w:themeColor="text1"/>
        </w:rPr>
        <w:t xml:space="preserve">Referee Coordinator, </w:t>
      </w:r>
      <w:r w:rsidR="00315FD2" w:rsidRPr="00081D84">
        <w:rPr>
          <w:color w:val="000000" w:themeColor="text1"/>
        </w:rPr>
        <w:t xml:space="preserve">Age Group </w:t>
      </w:r>
      <w:r w:rsidRPr="00081D84">
        <w:rPr>
          <w:color w:val="000000" w:themeColor="text1"/>
        </w:rPr>
        <w:t>Coordinator</w:t>
      </w:r>
      <w:r w:rsidR="00CB6E5C" w:rsidRPr="00081D84">
        <w:rPr>
          <w:color w:val="000000" w:themeColor="text1"/>
        </w:rPr>
        <w:t>, Facility Monitor</w:t>
      </w:r>
      <w:r w:rsidR="00491650" w:rsidRPr="00081D84">
        <w:rPr>
          <w:color w:val="000000" w:themeColor="text1"/>
        </w:rPr>
        <w:t xml:space="preserve"> Director</w:t>
      </w:r>
      <w:r w:rsidR="00CB6E5C" w:rsidRPr="00081D84">
        <w:rPr>
          <w:color w:val="000000" w:themeColor="text1"/>
        </w:rPr>
        <w:t xml:space="preserve">) </w:t>
      </w:r>
      <w:r w:rsidRPr="00081D84">
        <w:rPr>
          <w:color w:val="000000" w:themeColor="text1"/>
        </w:rPr>
        <w:t xml:space="preserve">If one of those </w:t>
      </w:r>
      <w:r w:rsidR="006B550A" w:rsidRPr="00081D84">
        <w:rPr>
          <w:color w:val="000000" w:themeColor="text1"/>
        </w:rPr>
        <w:t xml:space="preserve">Board Members were </w:t>
      </w:r>
      <w:r w:rsidRPr="00081D84">
        <w:rPr>
          <w:color w:val="000000" w:themeColor="text1"/>
        </w:rPr>
        <w:t>involved in the incident</w:t>
      </w:r>
      <w:r w:rsidR="006B550A" w:rsidRPr="00081D84">
        <w:rPr>
          <w:color w:val="000000" w:themeColor="text1"/>
        </w:rPr>
        <w:t xml:space="preserve"> they shall be excluded from the committee.  </w:t>
      </w:r>
      <w:r w:rsidRPr="00081D84">
        <w:rPr>
          <w:color w:val="000000" w:themeColor="text1"/>
        </w:rPr>
        <w:t>The President may appoint other Board Members to the disciplinary committee at their discretion.</w:t>
      </w:r>
    </w:p>
    <w:p w14:paraId="61E6D88E" w14:textId="77777777" w:rsidR="0069675E" w:rsidRDefault="00667845" w:rsidP="00D30530">
      <w:pPr>
        <w:pStyle w:val="ListParagraph"/>
        <w:numPr>
          <w:ilvl w:val="0"/>
          <w:numId w:val="27"/>
        </w:numPr>
        <w:spacing w:before="120" w:after="120"/>
      </w:pPr>
      <w:r>
        <w:t>Appeals of Disciplinary Committee decision shall be made in writing and addressed at the ensuing meeting of the Board of Directors.</w:t>
      </w:r>
    </w:p>
    <w:p w14:paraId="700EA63C" w14:textId="77777777" w:rsidR="0069675E" w:rsidRPr="00D30530" w:rsidRDefault="00667845">
      <w:pPr>
        <w:spacing w:before="120" w:after="120"/>
        <w:ind w:left="240"/>
        <w:rPr>
          <w:b/>
          <w:bCs/>
        </w:rPr>
      </w:pPr>
      <w:r w:rsidRPr="00D30530">
        <w:rPr>
          <w:b/>
          <w:bCs/>
        </w:rPr>
        <w:t>16.</w:t>
      </w:r>
      <w:r w:rsidRPr="00D30530">
        <w:rPr>
          <w:b/>
          <w:bCs/>
        </w:rPr>
        <w:tab/>
        <w:t>FYBA Post-season</w:t>
      </w:r>
    </w:p>
    <w:p w14:paraId="7D0C4627" w14:textId="7DA0F1CB" w:rsidR="0069675E" w:rsidRDefault="00667845" w:rsidP="00D30530">
      <w:pPr>
        <w:pStyle w:val="ListParagraph"/>
        <w:numPr>
          <w:ilvl w:val="0"/>
          <w:numId w:val="28"/>
        </w:numPr>
        <w:spacing w:before="120" w:after="120"/>
      </w:pPr>
      <w:r>
        <w:t>At the conclusion of the regular season, the FYBA Board may approve an optional post-season developmental activities including but not limited to camps, clinics, and tournaments</w:t>
      </w:r>
      <w:r w:rsidR="00D30530">
        <w:t>.</w:t>
      </w:r>
    </w:p>
    <w:p w14:paraId="5AEC37D5" w14:textId="32FD0D7B" w:rsidR="0069675E" w:rsidRPr="00D30530" w:rsidRDefault="00667845">
      <w:pPr>
        <w:spacing w:before="120" w:after="120"/>
        <w:ind w:left="240"/>
        <w:rPr>
          <w:b/>
          <w:bCs/>
        </w:rPr>
      </w:pPr>
      <w:r w:rsidRPr="00D30530">
        <w:rPr>
          <w:b/>
          <w:bCs/>
        </w:rPr>
        <w:t>17.</w:t>
      </w:r>
      <w:r w:rsidRPr="00D30530">
        <w:rPr>
          <w:b/>
          <w:bCs/>
        </w:rPr>
        <w:tab/>
        <w:t>Amendments</w:t>
      </w:r>
      <w:r w:rsidR="00E7472B">
        <w:rPr>
          <w:b/>
          <w:bCs/>
        </w:rPr>
        <w:t xml:space="preserve"> </w:t>
      </w:r>
      <w:r w:rsidRPr="00D30530">
        <w:rPr>
          <w:b/>
          <w:bCs/>
        </w:rPr>
        <w:t>Changes</w:t>
      </w:r>
    </w:p>
    <w:p w14:paraId="3326D559" w14:textId="1D0118EA" w:rsidR="0069675E" w:rsidRDefault="00D30530" w:rsidP="00D30530">
      <w:pPr>
        <w:pStyle w:val="ListParagraph"/>
        <w:numPr>
          <w:ilvl w:val="0"/>
          <w:numId w:val="29"/>
        </w:numPr>
        <w:spacing w:before="120" w:after="120"/>
      </w:pPr>
      <w:r>
        <w:t>T</w:t>
      </w:r>
      <w:r w:rsidR="00667845">
        <w:t>he FYBA Board of Directors, at its discretion, shall retain the right to amend or change any of the above rules.</w:t>
      </w:r>
    </w:p>
    <w:p w14:paraId="28E32543" w14:textId="77777777" w:rsidR="00D30530" w:rsidRDefault="00D30530" w:rsidP="00D30530">
      <w:pPr>
        <w:spacing w:before="120" w:after="120"/>
        <w:ind w:left="240"/>
        <w:jc w:val="center"/>
        <w:rPr>
          <w:b/>
          <w:bCs/>
          <w:sz w:val="28"/>
          <w:szCs w:val="28"/>
        </w:rPr>
      </w:pPr>
    </w:p>
    <w:p w14:paraId="73D3918B" w14:textId="04CF0476" w:rsidR="0069675E" w:rsidRPr="00D30530" w:rsidRDefault="00667845" w:rsidP="00D30530">
      <w:pPr>
        <w:spacing w:before="120" w:after="120"/>
        <w:ind w:left="240"/>
        <w:jc w:val="center"/>
        <w:rPr>
          <w:b/>
          <w:bCs/>
          <w:sz w:val="28"/>
          <w:szCs w:val="28"/>
        </w:rPr>
      </w:pPr>
      <w:r w:rsidRPr="00D30530">
        <w:rPr>
          <w:b/>
          <w:bCs/>
          <w:sz w:val="28"/>
          <w:szCs w:val="28"/>
        </w:rPr>
        <w:t>APPENDIX A: 1st &amp; 2nd Grade Divisions</w:t>
      </w:r>
    </w:p>
    <w:p w14:paraId="16837603" w14:textId="77777777" w:rsidR="0069675E" w:rsidRPr="00D30530" w:rsidRDefault="00667845">
      <w:pPr>
        <w:spacing w:before="120" w:after="120"/>
        <w:ind w:left="240"/>
        <w:rPr>
          <w:b/>
          <w:bCs/>
        </w:rPr>
      </w:pPr>
      <w:r w:rsidRPr="00D30530">
        <w:rPr>
          <w:b/>
          <w:bCs/>
        </w:rPr>
        <w:t>The First and Second Grade divisions shall be governed by the "FYBA LEAGUE RULES AND REGULATIONS" document, except for the items listed below.</w:t>
      </w:r>
    </w:p>
    <w:p w14:paraId="4C5315F3" w14:textId="77777777" w:rsidR="0069675E" w:rsidRPr="00D30530" w:rsidRDefault="00667845">
      <w:pPr>
        <w:spacing w:before="120" w:after="120"/>
        <w:ind w:left="240"/>
        <w:rPr>
          <w:b/>
          <w:bCs/>
        </w:rPr>
      </w:pPr>
      <w:r w:rsidRPr="00D30530">
        <w:rPr>
          <w:b/>
          <w:bCs/>
        </w:rPr>
        <w:t>1. Uniforms &amp; Equipment</w:t>
      </w:r>
    </w:p>
    <w:p w14:paraId="2A7DE258" w14:textId="11CF12CC" w:rsidR="0069675E" w:rsidRDefault="00667845" w:rsidP="00D30530">
      <w:pPr>
        <w:pStyle w:val="ListParagraph"/>
        <w:numPr>
          <w:ilvl w:val="0"/>
          <w:numId w:val="30"/>
        </w:numPr>
        <w:spacing w:before="120" w:after="120"/>
      </w:pPr>
      <w:r>
        <w:t>The 1st and 2nd grade divisions will use either a 27.5" ball (both boys and girls).</w:t>
      </w:r>
    </w:p>
    <w:p w14:paraId="3A61265B" w14:textId="77777777" w:rsidR="0069675E" w:rsidRPr="00D30530" w:rsidRDefault="00667845">
      <w:pPr>
        <w:spacing w:before="120" w:after="120"/>
        <w:ind w:left="240"/>
        <w:rPr>
          <w:b/>
          <w:bCs/>
        </w:rPr>
      </w:pPr>
      <w:r w:rsidRPr="00D30530">
        <w:rPr>
          <w:b/>
          <w:bCs/>
        </w:rPr>
        <w:t>2. Formation of Teams</w:t>
      </w:r>
    </w:p>
    <w:p w14:paraId="3C094979" w14:textId="6519D770" w:rsidR="0069675E" w:rsidRDefault="00667845" w:rsidP="00D30530">
      <w:pPr>
        <w:pStyle w:val="ListParagraph"/>
        <w:numPr>
          <w:ilvl w:val="0"/>
          <w:numId w:val="32"/>
        </w:numPr>
        <w:spacing w:before="120" w:after="120"/>
      </w:pPr>
      <w:r>
        <w:t>Teams in the 1st and 2nd grade divisions will be assigned by the Board, primarily based on schools of the players/coaches and other factors.</w:t>
      </w:r>
    </w:p>
    <w:p w14:paraId="4B548DAF" w14:textId="77777777" w:rsidR="0069675E" w:rsidRPr="00D30530" w:rsidRDefault="00667845">
      <w:pPr>
        <w:spacing w:before="120" w:after="120"/>
        <w:ind w:left="240"/>
        <w:rPr>
          <w:b/>
          <w:bCs/>
        </w:rPr>
      </w:pPr>
      <w:r w:rsidRPr="00D30530">
        <w:rPr>
          <w:b/>
          <w:bCs/>
        </w:rPr>
        <w:t>3. Games (Scrimmages)</w:t>
      </w:r>
    </w:p>
    <w:p w14:paraId="05CC4D8B" w14:textId="77777777" w:rsidR="0069675E" w:rsidRDefault="00667845" w:rsidP="00D30530">
      <w:pPr>
        <w:pStyle w:val="ListParagraph"/>
        <w:numPr>
          <w:ilvl w:val="0"/>
          <w:numId w:val="33"/>
        </w:numPr>
        <w:spacing w:before="120" w:after="120"/>
      </w:pPr>
      <w:r>
        <w:t>All scrimmages shall consist of five-minute periods, with running time.</w:t>
      </w:r>
    </w:p>
    <w:p w14:paraId="09C76E3E" w14:textId="77777777" w:rsidR="0069675E" w:rsidRDefault="00667845" w:rsidP="00D30530">
      <w:pPr>
        <w:pStyle w:val="ListParagraph"/>
        <w:numPr>
          <w:ilvl w:val="0"/>
          <w:numId w:val="33"/>
        </w:numPr>
        <w:spacing w:before="120" w:after="120"/>
      </w:pPr>
      <w:r>
        <w:t>The defensive player shall not steal the ball on a dribble. Should that occur, stop play and give the ball back to the offensive player. If a dribbled ball is deflected off of a defender's foot or leg, also give the ball back to the offensive player. Defensive players are allowed to steal a dribbled ball that has bounced twice without being touched.</w:t>
      </w:r>
    </w:p>
    <w:p w14:paraId="42DD0276" w14:textId="77777777" w:rsidR="0069675E" w:rsidRDefault="00667845" w:rsidP="00D30530">
      <w:pPr>
        <w:pStyle w:val="ListParagraph"/>
        <w:numPr>
          <w:ilvl w:val="0"/>
          <w:numId w:val="33"/>
        </w:numPr>
        <w:spacing w:before="120" w:after="120"/>
      </w:pPr>
      <w:r>
        <w:t>The defensive player may steal a passed ball.</w:t>
      </w:r>
    </w:p>
    <w:p w14:paraId="33B43CB7" w14:textId="77777777" w:rsidR="0069675E" w:rsidRDefault="00667845" w:rsidP="00D30530">
      <w:pPr>
        <w:pStyle w:val="ListParagraph"/>
        <w:numPr>
          <w:ilvl w:val="0"/>
          <w:numId w:val="33"/>
        </w:numPr>
        <w:spacing w:before="120" w:after="120"/>
      </w:pPr>
      <w:r>
        <w:t>Defensive play: Only man-to-man defenses are permitted in the 1st and 2nd grade divisions. Zone defenses are not permitted. Coaches should meet prior to the scrimmage to discuss the logistics for how they want to make player assignments. For example, coaches may line up players in order of ability prior to the start of each period to ensure that players of similar ability are matched up against each other. Regardless of how player assignments are made, coaches should complete this process quickly so that the scrimmage is not unnecessarily delayed.</w:t>
      </w:r>
    </w:p>
    <w:p w14:paraId="2489F5C6" w14:textId="77777777" w:rsidR="0069675E" w:rsidRDefault="00667845" w:rsidP="00D30530">
      <w:pPr>
        <w:pStyle w:val="ListParagraph"/>
        <w:numPr>
          <w:ilvl w:val="0"/>
          <w:numId w:val="33"/>
        </w:numPr>
        <w:spacing w:before="120" w:after="120"/>
      </w:pPr>
      <w:r>
        <w:t>There is no pressing beyond the three-point line. If the court does not have a three-point line, there is no pressing beyond the top of the key.</w:t>
      </w:r>
    </w:p>
    <w:p w14:paraId="5BA676BC" w14:textId="77777777" w:rsidR="0069675E" w:rsidRDefault="00667845" w:rsidP="00D30530">
      <w:pPr>
        <w:pStyle w:val="ListParagraph"/>
        <w:numPr>
          <w:ilvl w:val="0"/>
          <w:numId w:val="33"/>
        </w:numPr>
        <w:spacing w:before="120" w:after="120"/>
      </w:pPr>
      <w:r>
        <w:t>Shot blocking is permitted.</w:t>
      </w:r>
    </w:p>
    <w:p w14:paraId="1C25E0EB" w14:textId="77777777" w:rsidR="0069675E" w:rsidRDefault="00667845" w:rsidP="00D30530">
      <w:pPr>
        <w:pStyle w:val="ListParagraph"/>
        <w:numPr>
          <w:ilvl w:val="0"/>
          <w:numId w:val="33"/>
        </w:numPr>
        <w:spacing w:before="120" w:after="120"/>
      </w:pPr>
      <w:r>
        <w:t>Shooting and non-shooting fouls will result in the fouled team maintaining possession of the ball at the out of bounds spot closest to the foul. Fouls should be used as coaching opportunities to help players learn the boundaries of the game.</w:t>
      </w:r>
    </w:p>
    <w:p w14:paraId="743249F2" w14:textId="77777777" w:rsidR="0069675E" w:rsidRDefault="00667845" w:rsidP="00D30530">
      <w:pPr>
        <w:pStyle w:val="ListParagraph"/>
        <w:numPr>
          <w:ilvl w:val="0"/>
          <w:numId w:val="33"/>
        </w:numPr>
        <w:spacing w:before="120" w:after="120"/>
      </w:pPr>
      <w:r>
        <w:t>There should be a one-minute break between each period. Coaches shall make every effort to have their teams on the floor and ready to play at the conclusion of these breaks.</w:t>
      </w:r>
    </w:p>
    <w:p w14:paraId="0451C224" w14:textId="77777777" w:rsidR="00D30530" w:rsidRDefault="00667845" w:rsidP="00D30530">
      <w:pPr>
        <w:pStyle w:val="ListParagraph"/>
        <w:numPr>
          <w:ilvl w:val="0"/>
          <w:numId w:val="33"/>
        </w:numPr>
        <w:spacing w:before="120" w:after="120"/>
      </w:pPr>
      <w:r>
        <w:t xml:space="preserve">Scores are not kept in the 1 st and 2 </w:t>
      </w:r>
      <w:proofErr w:type="spellStart"/>
      <w:r>
        <w:t>nd</w:t>
      </w:r>
      <w:proofErr w:type="spellEnd"/>
      <w:r>
        <w:t xml:space="preserve"> grade divisions, and MUST NOT be posted on the scoreboard.</w:t>
      </w:r>
    </w:p>
    <w:p w14:paraId="1AEF3726" w14:textId="38613597" w:rsidR="0069675E" w:rsidRPr="00D30530" w:rsidRDefault="00667845" w:rsidP="00D30530">
      <w:pPr>
        <w:pStyle w:val="ListParagraph"/>
        <w:numPr>
          <w:ilvl w:val="0"/>
          <w:numId w:val="33"/>
        </w:numPr>
        <w:spacing w:before="120" w:after="120"/>
        <w:rPr>
          <w:b/>
          <w:bCs/>
        </w:rPr>
      </w:pPr>
      <w:r w:rsidRPr="00D30530">
        <w:rPr>
          <w:b/>
          <w:bCs/>
        </w:rPr>
        <w:t xml:space="preserve">There are no timeouts in the 1 st and 2 </w:t>
      </w:r>
      <w:proofErr w:type="spellStart"/>
      <w:r w:rsidRPr="00D30530">
        <w:rPr>
          <w:b/>
          <w:bCs/>
        </w:rPr>
        <w:t>nd</w:t>
      </w:r>
      <w:proofErr w:type="spellEnd"/>
      <w:r w:rsidRPr="00D30530">
        <w:rPr>
          <w:b/>
          <w:bCs/>
        </w:rPr>
        <w:t xml:space="preserve"> grade divisions.</w:t>
      </w:r>
    </w:p>
    <w:p w14:paraId="66237436" w14:textId="77777777" w:rsidR="0069675E" w:rsidRPr="00D30530" w:rsidRDefault="00667845">
      <w:pPr>
        <w:spacing w:before="120" w:after="120"/>
        <w:ind w:left="240"/>
        <w:rPr>
          <w:b/>
          <w:bCs/>
        </w:rPr>
      </w:pPr>
      <w:r w:rsidRPr="00D30530">
        <w:rPr>
          <w:b/>
          <w:bCs/>
        </w:rPr>
        <w:t>4. Shooting</w:t>
      </w:r>
    </w:p>
    <w:p w14:paraId="792E196D" w14:textId="77777777" w:rsidR="0069675E" w:rsidRDefault="00667845" w:rsidP="00D30530">
      <w:pPr>
        <w:pStyle w:val="ListParagraph"/>
        <w:numPr>
          <w:ilvl w:val="0"/>
          <w:numId w:val="34"/>
        </w:numPr>
        <w:spacing w:before="120" w:after="120"/>
      </w:pPr>
      <w:r>
        <w:t xml:space="preserve">There are no points awarded on any made basket in the 1 st and 2 </w:t>
      </w:r>
      <w:proofErr w:type="spellStart"/>
      <w:r>
        <w:t>nd</w:t>
      </w:r>
      <w:proofErr w:type="spellEnd"/>
      <w:r>
        <w:t xml:space="preserve"> grade divisions.</w:t>
      </w:r>
    </w:p>
    <w:p w14:paraId="78925451" w14:textId="77777777" w:rsidR="0069675E" w:rsidRDefault="00667845" w:rsidP="00D30530">
      <w:pPr>
        <w:pStyle w:val="ListParagraph"/>
        <w:numPr>
          <w:ilvl w:val="0"/>
          <w:numId w:val="34"/>
        </w:numPr>
        <w:spacing w:before="120" w:after="120"/>
      </w:pPr>
      <w:r>
        <w:t xml:space="preserve">Free throws are not awarded in the 1 st and 2 </w:t>
      </w:r>
      <w:proofErr w:type="spellStart"/>
      <w:r>
        <w:t>nd</w:t>
      </w:r>
      <w:proofErr w:type="spellEnd"/>
      <w:r>
        <w:t xml:space="preserve"> grade divisions (either at the beginning of the game or as a result of fouls).</w:t>
      </w:r>
    </w:p>
    <w:p w14:paraId="20B9B305" w14:textId="77777777" w:rsidR="0069675E" w:rsidRPr="00D30530" w:rsidRDefault="00667845" w:rsidP="00D30530">
      <w:pPr>
        <w:spacing w:before="120" w:after="120"/>
        <w:ind w:left="240"/>
        <w:rPr>
          <w:b/>
          <w:bCs/>
        </w:rPr>
      </w:pPr>
      <w:r w:rsidRPr="00D30530">
        <w:rPr>
          <w:b/>
          <w:bCs/>
        </w:rPr>
        <w:t>5. Putting the Ball into Play</w:t>
      </w:r>
    </w:p>
    <w:p w14:paraId="59C4206E" w14:textId="77777777" w:rsidR="0069675E" w:rsidRDefault="00667845" w:rsidP="00D30530">
      <w:pPr>
        <w:pStyle w:val="ListParagraph"/>
        <w:numPr>
          <w:ilvl w:val="0"/>
          <w:numId w:val="35"/>
        </w:numPr>
        <w:spacing w:before="120" w:after="120"/>
      </w:pPr>
      <w:r>
        <w:t>To start the game, there will be a jump ball at the mid-court jump circle. The team that does not first gain possession of the ball will receive possession of the ball during the next held ball or at the start of the next period, whichever comes first.</w:t>
      </w:r>
    </w:p>
    <w:p w14:paraId="541CF234" w14:textId="77777777" w:rsidR="0069675E" w:rsidRDefault="00667845" w:rsidP="00D30530">
      <w:pPr>
        <w:pStyle w:val="ListParagraph"/>
        <w:numPr>
          <w:ilvl w:val="0"/>
          <w:numId w:val="35"/>
        </w:numPr>
        <w:spacing w:before="120" w:after="120"/>
      </w:pPr>
      <w:r>
        <w:t>Throughout the game, the alternate possession rule shall be used when the ball is tied up between opposing players or when the official is unsure as to who last touched the ball before going out of bounds.</w:t>
      </w:r>
    </w:p>
    <w:p w14:paraId="75849159" w14:textId="77777777" w:rsidR="0069675E" w:rsidRDefault="00667845" w:rsidP="00D30530">
      <w:pPr>
        <w:pStyle w:val="ListParagraph"/>
        <w:numPr>
          <w:ilvl w:val="0"/>
          <w:numId w:val="35"/>
        </w:numPr>
        <w:spacing w:before="120" w:after="120"/>
      </w:pPr>
      <w:r>
        <w:t>Coaches may agree to have a jump ball at the beginning of each period.</w:t>
      </w:r>
    </w:p>
    <w:p w14:paraId="79C90913" w14:textId="77777777" w:rsidR="0069675E" w:rsidRPr="00D30530" w:rsidRDefault="00667845">
      <w:pPr>
        <w:spacing w:before="120" w:after="120"/>
        <w:ind w:left="240"/>
        <w:rPr>
          <w:b/>
          <w:bCs/>
        </w:rPr>
      </w:pPr>
      <w:r w:rsidRPr="00D30530">
        <w:rPr>
          <w:b/>
          <w:bCs/>
        </w:rPr>
        <w:t>6. Violations</w:t>
      </w:r>
    </w:p>
    <w:p w14:paraId="306E26F3" w14:textId="77777777" w:rsidR="0069675E" w:rsidRDefault="00667845" w:rsidP="00D30530">
      <w:pPr>
        <w:pStyle w:val="ListParagraph"/>
        <w:numPr>
          <w:ilvl w:val="0"/>
          <w:numId w:val="36"/>
        </w:numPr>
        <w:spacing w:before="120" w:after="120"/>
      </w:pPr>
      <w:r>
        <w:t>Focus should be on the following violations in the 1 st and 2nd grade divisions:</w:t>
      </w:r>
    </w:p>
    <w:p w14:paraId="71F184DB" w14:textId="77777777" w:rsidR="00D30530" w:rsidRDefault="00667845" w:rsidP="00D30530">
      <w:pPr>
        <w:pStyle w:val="ListParagraph"/>
        <w:numPr>
          <w:ilvl w:val="1"/>
          <w:numId w:val="36"/>
        </w:numPr>
        <w:spacing w:before="120" w:after="120"/>
      </w:pPr>
      <w:r>
        <w:t>Traveling</w:t>
      </w:r>
    </w:p>
    <w:p w14:paraId="1DF66AC3" w14:textId="77777777" w:rsidR="00D30530" w:rsidRDefault="00667845" w:rsidP="00D30530">
      <w:pPr>
        <w:pStyle w:val="ListParagraph"/>
        <w:numPr>
          <w:ilvl w:val="1"/>
          <w:numId w:val="36"/>
        </w:numPr>
        <w:spacing w:before="120" w:after="120"/>
      </w:pPr>
      <w:r>
        <w:t xml:space="preserve">Double dribbling </w:t>
      </w:r>
    </w:p>
    <w:p w14:paraId="2EAD4BC6" w14:textId="77777777" w:rsidR="00D30530" w:rsidRDefault="00667845" w:rsidP="00D30530">
      <w:pPr>
        <w:pStyle w:val="ListParagraph"/>
        <w:numPr>
          <w:ilvl w:val="1"/>
          <w:numId w:val="36"/>
        </w:numPr>
        <w:spacing w:before="120" w:after="120"/>
      </w:pPr>
      <w:r>
        <w:t xml:space="preserve">Three seconds (only consider if the violation is blatant and the player is gaining an obvious advantage) </w:t>
      </w:r>
    </w:p>
    <w:p w14:paraId="0CD8F44C" w14:textId="24BAD5EB" w:rsidR="0069675E" w:rsidRDefault="00667845" w:rsidP="00D30530">
      <w:pPr>
        <w:pStyle w:val="ListParagraph"/>
        <w:numPr>
          <w:ilvl w:val="1"/>
          <w:numId w:val="36"/>
        </w:numPr>
        <w:spacing w:before="120" w:after="120"/>
      </w:pPr>
      <w:r>
        <w:t>Out-of-Bounds (to improve the flow of the scrimmage, some leeway may be given to "slight" out of bounds, where a dribbling player steps slightly out of bounds but immediately returns to the court)</w:t>
      </w:r>
    </w:p>
    <w:p w14:paraId="7A20CE0A" w14:textId="5A11774B" w:rsidR="0069675E" w:rsidRDefault="00667845" w:rsidP="00D30530">
      <w:pPr>
        <w:pStyle w:val="ListParagraph"/>
        <w:numPr>
          <w:ilvl w:val="0"/>
          <w:numId w:val="36"/>
        </w:numPr>
        <w:spacing w:before="120" w:after="120"/>
      </w:pPr>
      <w:r>
        <w:t>The penalty for the following violations in the 1 st grade Boys and 1 st &amp; 2nd grade Girls divisions shall be handled as follows:</w:t>
      </w:r>
    </w:p>
    <w:p w14:paraId="578D4BF2" w14:textId="77777777" w:rsidR="0069675E" w:rsidRDefault="00667845" w:rsidP="00D30530">
      <w:pPr>
        <w:pStyle w:val="ListParagraph"/>
        <w:numPr>
          <w:ilvl w:val="1"/>
          <w:numId w:val="36"/>
        </w:numPr>
        <w:spacing w:before="120" w:after="120"/>
      </w:pPr>
      <w:r>
        <w:t>Games 1-3, discuss it with the player and let play continue.</w:t>
      </w:r>
    </w:p>
    <w:p w14:paraId="42E6E659" w14:textId="77777777" w:rsidR="00D30530" w:rsidRDefault="00667845" w:rsidP="00D30530">
      <w:pPr>
        <w:pStyle w:val="ListParagraph"/>
        <w:numPr>
          <w:ilvl w:val="1"/>
          <w:numId w:val="36"/>
        </w:numPr>
        <w:spacing w:before="120" w:after="120"/>
      </w:pPr>
      <w:r>
        <w:t xml:space="preserve">Games 4-6, blow the whistle, tell the player, and give ball back to the offensive team. </w:t>
      </w:r>
    </w:p>
    <w:p w14:paraId="17F3B729" w14:textId="77777777" w:rsidR="00D30530" w:rsidRDefault="00667845" w:rsidP="00D30530">
      <w:pPr>
        <w:pStyle w:val="ListParagraph"/>
        <w:numPr>
          <w:ilvl w:val="1"/>
          <w:numId w:val="36"/>
        </w:numPr>
        <w:spacing w:before="120" w:after="120"/>
      </w:pPr>
      <w:r>
        <w:t>Games 7-10, change of possession.</w:t>
      </w:r>
    </w:p>
    <w:p w14:paraId="488A3633" w14:textId="49F004C4" w:rsidR="0069675E" w:rsidRDefault="00667845" w:rsidP="00D30530">
      <w:pPr>
        <w:pStyle w:val="ListParagraph"/>
        <w:numPr>
          <w:ilvl w:val="0"/>
          <w:numId w:val="36"/>
        </w:numPr>
        <w:spacing w:before="120" w:after="120"/>
      </w:pPr>
      <w:r>
        <w:t>The penalty for the following violations in the 2nd grade divisions shall be handled as follows:</w:t>
      </w:r>
    </w:p>
    <w:p w14:paraId="11E0332D" w14:textId="77777777" w:rsidR="00D30530" w:rsidRDefault="00667845" w:rsidP="00D30530">
      <w:pPr>
        <w:pStyle w:val="ListParagraph"/>
        <w:numPr>
          <w:ilvl w:val="1"/>
          <w:numId w:val="36"/>
        </w:numPr>
        <w:spacing w:before="120" w:after="120"/>
      </w:pPr>
      <w:r>
        <w:t xml:space="preserve">Games 1-4, blow the whistle, tell the player, and give ball back to the offensive team. </w:t>
      </w:r>
    </w:p>
    <w:p w14:paraId="794E27E7" w14:textId="136E8490" w:rsidR="0069675E" w:rsidRDefault="00667845" w:rsidP="00D30530">
      <w:pPr>
        <w:pStyle w:val="ListParagraph"/>
        <w:numPr>
          <w:ilvl w:val="1"/>
          <w:numId w:val="36"/>
        </w:numPr>
        <w:spacing w:before="120" w:after="120"/>
      </w:pPr>
      <w:r>
        <w:t>Games 5-10, change of possession.</w:t>
      </w:r>
    </w:p>
    <w:p w14:paraId="465DBFE7" w14:textId="77777777" w:rsidR="0069675E" w:rsidRPr="00D30530" w:rsidRDefault="00667845">
      <w:pPr>
        <w:spacing w:before="120" w:after="120"/>
        <w:ind w:left="240"/>
        <w:rPr>
          <w:b/>
          <w:bCs/>
        </w:rPr>
      </w:pPr>
      <w:r w:rsidRPr="00D30530">
        <w:rPr>
          <w:b/>
          <w:bCs/>
        </w:rPr>
        <w:t>7. Personal Fouls</w:t>
      </w:r>
    </w:p>
    <w:p w14:paraId="1597EBD8" w14:textId="77777777" w:rsidR="0069675E" w:rsidRDefault="00667845" w:rsidP="00D30530">
      <w:pPr>
        <w:pStyle w:val="ListParagraph"/>
        <w:numPr>
          <w:ilvl w:val="0"/>
          <w:numId w:val="37"/>
        </w:numPr>
        <w:spacing w:before="120" w:after="120"/>
      </w:pPr>
      <w:r>
        <w:t>Blow the whistle to stop play on a personal foul. The player's coach should explain to the player why the foul was called and what they should do in the future.</w:t>
      </w:r>
    </w:p>
    <w:p w14:paraId="003F78AB" w14:textId="77777777" w:rsidR="0069675E" w:rsidRDefault="00667845" w:rsidP="00D30530">
      <w:pPr>
        <w:pStyle w:val="ListParagraph"/>
        <w:numPr>
          <w:ilvl w:val="0"/>
          <w:numId w:val="37"/>
        </w:numPr>
        <w:spacing w:before="120" w:after="120"/>
      </w:pPr>
      <w:r>
        <w:t>While shot blocking is allowed, coaches need to call fouls when appropriate to help players learn what is permissible and what is against the rules. Shot blocking is allowed if the defenders feet are on the ground. Calling early fouls will help prevent scrimmages from getting out of hand.</w:t>
      </w:r>
    </w:p>
    <w:p w14:paraId="1E04D845" w14:textId="77777777" w:rsidR="0069675E" w:rsidRDefault="00667845" w:rsidP="00D30530">
      <w:pPr>
        <w:pStyle w:val="ListParagraph"/>
        <w:numPr>
          <w:ilvl w:val="0"/>
          <w:numId w:val="37"/>
        </w:numPr>
        <w:spacing w:before="120" w:after="120"/>
      </w:pPr>
      <w:r>
        <w:t>If a player is getting too physical, they should be warned once and then asked to sit out.</w:t>
      </w:r>
    </w:p>
    <w:p w14:paraId="3AE97F9F" w14:textId="77777777" w:rsidR="0069675E" w:rsidRDefault="00667845" w:rsidP="00D30530">
      <w:pPr>
        <w:pStyle w:val="ListParagraph"/>
        <w:numPr>
          <w:ilvl w:val="0"/>
          <w:numId w:val="37"/>
        </w:numPr>
        <w:spacing w:before="120" w:after="120"/>
      </w:pPr>
      <w:r>
        <w:t xml:space="preserve">The number of personal fouls per player is not tracked in the 1 st and 2 </w:t>
      </w:r>
      <w:proofErr w:type="spellStart"/>
      <w:r>
        <w:t>nd</w:t>
      </w:r>
      <w:proofErr w:type="spellEnd"/>
      <w:r>
        <w:t xml:space="preserve"> grade divisions.</w:t>
      </w:r>
    </w:p>
    <w:p w14:paraId="2AD1D399" w14:textId="77777777" w:rsidR="0069675E" w:rsidRPr="00D30530" w:rsidRDefault="00667845">
      <w:pPr>
        <w:spacing w:before="120" w:after="120"/>
        <w:ind w:left="240"/>
        <w:rPr>
          <w:b/>
          <w:bCs/>
        </w:rPr>
      </w:pPr>
      <w:r w:rsidRPr="00D30530">
        <w:rPr>
          <w:b/>
          <w:bCs/>
        </w:rPr>
        <w:t>8. Coaches</w:t>
      </w:r>
    </w:p>
    <w:p w14:paraId="4EAF7072" w14:textId="577B1823" w:rsidR="0069675E" w:rsidRDefault="00667845" w:rsidP="00D30530">
      <w:pPr>
        <w:pStyle w:val="ListParagraph"/>
        <w:numPr>
          <w:ilvl w:val="0"/>
          <w:numId w:val="38"/>
        </w:numPr>
        <w:spacing w:before="120" w:after="120"/>
      </w:pPr>
      <w:r>
        <w:t xml:space="preserve">Only one (1) coach for each team is allowed on the court in the 1 st and 2 </w:t>
      </w:r>
      <w:proofErr w:type="spellStart"/>
      <w:r>
        <w:t>nd</w:t>
      </w:r>
      <w:proofErr w:type="spellEnd"/>
      <w:r>
        <w:t xml:space="preserve"> grade divisions.</w:t>
      </w:r>
    </w:p>
    <w:p w14:paraId="3B79936A" w14:textId="77777777" w:rsidR="0069675E" w:rsidRPr="00D30530" w:rsidRDefault="00667845">
      <w:pPr>
        <w:spacing w:before="120" w:after="120"/>
        <w:ind w:left="240"/>
        <w:rPr>
          <w:b/>
          <w:bCs/>
        </w:rPr>
      </w:pPr>
      <w:r w:rsidRPr="00D30530">
        <w:rPr>
          <w:b/>
          <w:bCs/>
        </w:rPr>
        <w:t>9. Referees</w:t>
      </w:r>
    </w:p>
    <w:p w14:paraId="421926B8" w14:textId="77777777" w:rsidR="0069675E" w:rsidRDefault="00667845" w:rsidP="00D30530">
      <w:pPr>
        <w:pStyle w:val="ListParagraph"/>
        <w:numPr>
          <w:ilvl w:val="0"/>
          <w:numId w:val="39"/>
        </w:numPr>
        <w:spacing w:before="120" w:after="120"/>
      </w:pPr>
      <w:r>
        <w:t>Coaches will be the game officials. One coach per team is allowed on the court at a time.</w:t>
      </w:r>
    </w:p>
    <w:p w14:paraId="59EF392F" w14:textId="77777777" w:rsidR="0069675E" w:rsidRDefault="00667845" w:rsidP="00D30530">
      <w:pPr>
        <w:pStyle w:val="ListParagraph"/>
        <w:numPr>
          <w:ilvl w:val="0"/>
          <w:numId w:val="39"/>
        </w:numPr>
        <w:spacing w:before="120" w:after="120"/>
      </w:pPr>
      <w:r>
        <w:t>While ideally coaches will call fouls predominately on their own team (to facilitate the teaching process), coaches should feel the authority to call fouls on both teams as needed, especially shooting fouls. More importantly, coaches should work together to ensure a great experience for both teams on the basketball court.</w:t>
      </w:r>
    </w:p>
    <w:p w14:paraId="49719FD5" w14:textId="77777777" w:rsidR="0069675E" w:rsidRPr="00D30530" w:rsidRDefault="00667845">
      <w:pPr>
        <w:spacing w:before="120" w:after="120"/>
        <w:ind w:left="240"/>
        <w:rPr>
          <w:b/>
          <w:bCs/>
        </w:rPr>
      </w:pPr>
      <w:r w:rsidRPr="00D30530">
        <w:rPr>
          <w:b/>
          <w:bCs/>
        </w:rPr>
        <w:t>10. Injuries</w:t>
      </w:r>
    </w:p>
    <w:p w14:paraId="270D8D77" w14:textId="57A4671E" w:rsidR="0069675E" w:rsidRDefault="00667845" w:rsidP="00D30530">
      <w:pPr>
        <w:pStyle w:val="ListParagraph"/>
        <w:numPr>
          <w:ilvl w:val="0"/>
          <w:numId w:val="40"/>
        </w:numPr>
        <w:spacing w:before="120" w:after="120"/>
      </w:pPr>
      <w:r>
        <w:t>Play should be stopped immediately if either coach has any concerns regarding a player's health or safety.</w:t>
      </w:r>
    </w:p>
    <w:p w14:paraId="4DF8D4F6" w14:textId="60F81839" w:rsidR="0069675E" w:rsidRPr="00D30530" w:rsidRDefault="00667845">
      <w:pPr>
        <w:spacing w:before="120" w:after="120"/>
        <w:ind w:left="240"/>
        <w:rPr>
          <w:b/>
          <w:bCs/>
        </w:rPr>
      </w:pPr>
      <w:r w:rsidRPr="00D30530">
        <w:rPr>
          <w:b/>
          <w:bCs/>
        </w:rPr>
        <w:t>11. Court Time</w:t>
      </w:r>
    </w:p>
    <w:p w14:paraId="2DA12C6B" w14:textId="77777777" w:rsidR="00D30530" w:rsidRDefault="00667845" w:rsidP="00D30530">
      <w:pPr>
        <w:pStyle w:val="ListParagraph"/>
        <w:numPr>
          <w:ilvl w:val="0"/>
          <w:numId w:val="41"/>
        </w:numPr>
        <w:spacing w:before="120" w:after="120"/>
      </w:pPr>
      <w:r>
        <w:t xml:space="preserve">Teams in the 1 st and 2 </w:t>
      </w:r>
      <w:proofErr w:type="spellStart"/>
      <w:r>
        <w:t>nd</w:t>
      </w:r>
      <w:proofErr w:type="spellEnd"/>
      <w:r>
        <w:t xml:space="preserve"> grade divisions are given 90 minutes of court-time each Saturday during the season. Court time will be split between (1) individual team practices and (2) a scrimmage between the two teams. Time should be allocated as follows:</w:t>
      </w:r>
    </w:p>
    <w:p w14:paraId="78E292E2" w14:textId="6C69ECA3" w:rsidR="0069675E" w:rsidRDefault="00667845" w:rsidP="00D30530">
      <w:pPr>
        <w:pStyle w:val="ListParagraph"/>
        <w:numPr>
          <w:ilvl w:val="0"/>
          <w:numId w:val="41"/>
        </w:numPr>
        <w:spacing w:before="120" w:after="120"/>
      </w:pPr>
      <w:r>
        <w:t>1st grade:</w:t>
      </w:r>
    </w:p>
    <w:p w14:paraId="2128E9B0" w14:textId="77777777" w:rsidR="00D30530" w:rsidRDefault="00667845" w:rsidP="00D30530">
      <w:pPr>
        <w:pStyle w:val="ListParagraph"/>
        <w:numPr>
          <w:ilvl w:val="1"/>
          <w:numId w:val="41"/>
        </w:numPr>
        <w:spacing w:before="120" w:after="120"/>
      </w:pPr>
      <w:r>
        <w:t xml:space="preserve">Games 1-3: 60 minutes of practice time with the remaining time available for a scrimmage between the two teams </w:t>
      </w:r>
    </w:p>
    <w:p w14:paraId="1A968C48" w14:textId="77777777" w:rsidR="00D30530" w:rsidRDefault="00667845" w:rsidP="00D30530">
      <w:pPr>
        <w:pStyle w:val="ListParagraph"/>
        <w:numPr>
          <w:ilvl w:val="1"/>
          <w:numId w:val="41"/>
        </w:numPr>
        <w:spacing w:before="120" w:after="120"/>
      </w:pPr>
      <w:r>
        <w:t xml:space="preserve">Games 4-6: 50 minutes of practice time with the remaining time available for a scrimmage between the two teams </w:t>
      </w:r>
    </w:p>
    <w:p w14:paraId="2729F040" w14:textId="4A1ECC75" w:rsidR="0069675E" w:rsidRDefault="00667845" w:rsidP="00D30530">
      <w:pPr>
        <w:pStyle w:val="ListParagraph"/>
        <w:numPr>
          <w:ilvl w:val="1"/>
          <w:numId w:val="41"/>
        </w:numPr>
        <w:spacing w:before="120" w:after="120"/>
      </w:pPr>
      <w:r>
        <w:t>Games 7-10: 45 minutes of practice time with the remaining time available for a scrimmage between the two teams</w:t>
      </w:r>
    </w:p>
    <w:p w14:paraId="0EF27C61" w14:textId="36A813D7" w:rsidR="0069675E" w:rsidRDefault="00667845" w:rsidP="00D30530">
      <w:pPr>
        <w:pStyle w:val="ListParagraph"/>
        <w:numPr>
          <w:ilvl w:val="0"/>
          <w:numId w:val="41"/>
        </w:numPr>
        <w:spacing w:before="120" w:after="120"/>
      </w:pPr>
      <w:r>
        <w:t>2nd grade:</w:t>
      </w:r>
    </w:p>
    <w:p w14:paraId="079A4067" w14:textId="77777777" w:rsidR="0069675E" w:rsidRDefault="00667845" w:rsidP="00D30530">
      <w:pPr>
        <w:pStyle w:val="ListParagraph"/>
        <w:numPr>
          <w:ilvl w:val="1"/>
          <w:numId w:val="41"/>
        </w:numPr>
        <w:spacing w:before="120" w:after="120"/>
      </w:pPr>
      <w:r>
        <w:t>Games 1-10: 45 minutes of practice time with the remaining time available for a scrimmage between the two teams</w:t>
      </w:r>
    </w:p>
    <w:p w14:paraId="43A55482" w14:textId="77777777" w:rsidR="0069675E" w:rsidRDefault="00667845" w:rsidP="00585479">
      <w:pPr>
        <w:pStyle w:val="ListParagraph"/>
        <w:numPr>
          <w:ilvl w:val="0"/>
          <w:numId w:val="41"/>
        </w:numPr>
        <w:spacing w:before="120" w:after="120"/>
      </w:pPr>
      <w:r>
        <w:t xml:space="preserve">Teams finishing a scrimmage must stop the scrimmage </w:t>
      </w:r>
      <w:proofErr w:type="spellStart"/>
      <w:r>
        <w:t>ucto</w:t>
      </w:r>
      <w:proofErr w:type="spellEnd"/>
      <w:r>
        <w:t xml:space="preserve"> end of their 90 minute period. No period can begin if it cannot be completed within the 90-minute schedule.</w:t>
      </w:r>
    </w:p>
    <w:p w14:paraId="38A7D5B2" w14:textId="77777777" w:rsidR="0069675E" w:rsidRDefault="00667845" w:rsidP="00585479">
      <w:pPr>
        <w:pStyle w:val="ListParagraph"/>
        <w:numPr>
          <w:ilvl w:val="0"/>
          <w:numId w:val="41"/>
        </w:numPr>
        <w:spacing w:before="120" w:after="120"/>
      </w:pPr>
      <w:r>
        <w:t>The home team provides a timekeeper who will keep the coaches informed and keep the scrimmage on track.</w:t>
      </w:r>
    </w:p>
    <w:p w14:paraId="19BDD8AC" w14:textId="77777777" w:rsidR="0069675E" w:rsidRPr="00585479" w:rsidRDefault="00667845">
      <w:pPr>
        <w:spacing w:before="120" w:after="120"/>
        <w:ind w:left="240"/>
        <w:rPr>
          <w:b/>
          <w:bCs/>
        </w:rPr>
      </w:pPr>
      <w:r w:rsidRPr="00585479">
        <w:rPr>
          <w:b/>
          <w:bCs/>
        </w:rPr>
        <w:t>12. Split Division</w:t>
      </w:r>
    </w:p>
    <w:p w14:paraId="232DEB25" w14:textId="77777777" w:rsidR="0069675E" w:rsidRDefault="00667845" w:rsidP="00585479">
      <w:pPr>
        <w:pStyle w:val="ListParagraph"/>
        <w:numPr>
          <w:ilvl w:val="0"/>
          <w:numId w:val="42"/>
        </w:numPr>
        <w:spacing w:before="120" w:after="120"/>
      </w:pPr>
      <w:r>
        <w:t>a. If the 1st &amp; 2nd grade divisions are combined, then 2nd grade rules will be followed.</w:t>
      </w:r>
    </w:p>
    <w:sectPr w:rsidR="0069675E" w:rsidSect="00602A2C">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11D54ED"/>
    <w:multiLevelType w:val="hybridMultilevel"/>
    <w:tmpl w:val="DF927138"/>
    <w:lvl w:ilvl="0" w:tplc="FFFFFFFF">
      <w:start w:val="1"/>
      <w:numFmt w:val="upperLetter"/>
      <w:lvlText w:val="%1."/>
      <w:lvlJc w:val="left"/>
      <w:pPr>
        <w:ind w:left="1491" w:hanging="360"/>
      </w:pPr>
    </w:lvl>
    <w:lvl w:ilvl="1" w:tplc="FFFFFFFF">
      <w:start w:val="1"/>
      <w:numFmt w:val="lowerLetter"/>
      <w:lvlText w:val="%2."/>
      <w:lvlJc w:val="left"/>
      <w:pPr>
        <w:ind w:left="2211" w:hanging="360"/>
      </w:pPr>
    </w:lvl>
    <w:lvl w:ilvl="2" w:tplc="FFFFFFFF" w:tentative="1">
      <w:start w:val="1"/>
      <w:numFmt w:val="lowerRoman"/>
      <w:lvlText w:val="%3."/>
      <w:lvlJc w:val="right"/>
      <w:pPr>
        <w:ind w:left="2931" w:hanging="180"/>
      </w:pPr>
    </w:lvl>
    <w:lvl w:ilvl="3" w:tplc="FFFFFFFF" w:tentative="1">
      <w:start w:val="1"/>
      <w:numFmt w:val="decimal"/>
      <w:lvlText w:val="%4."/>
      <w:lvlJc w:val="left"/>
      <w:pPr>
        <w:ind w:left="3651" w:hanging="360"/>
      </w:pPr>
    </w:lvl>
    <w:lvl w:ilvl="4" w:tplc="FFFFFFFF" w:tentative="1">
      <w:start w:val="1"/>
      <w:numFmt w:val="lowerLetter"/>
      <w:lvlText w:val="%5."/>
      <w:lvlJc w:val="left"/>
      <w:pPr>
        <w:ind w:left="4371" w:hanging="360"/>
      </w:pPr>
    </w:lvl>
    <w:lvl w:ilvl="5" w:tplc="FFFFFFFF" w:tentative="1">
      <w:start w:val="1"/>
      <w:numFmt w:val="lowerRoman"/>
      <w:lvlText w:val="%6."/>
      <w:lvlJc w:val="right"/>
      <w:pPr>
        <w:ind w:left="5091" w:hanging="180"/>
      </w:pPr>
    </w:lvl>
    <w:lvl w:ilvl="6" w:tplc="FFFFFFFF" w:tentative="1">
      <w:start w:val="1"/>
      <w:numFmt w:val="decimal"/>
      <w:lvlText w:val="%7."/>
      <w:lvlJc w:val="left"/>
      <w:pPr>
        <w:ind w:left="5811" w:hanging="360"/>
      </w:pPr>
    </w:lvl>
    <w:lvl w:ilvl="7" w:tplc="FFFFFFFF" w:tentative="1">
      <w:start w:val="1"/>
      <w:numFmt w:val="lowerLetter"/>
      <w:lvlText w:val="%8."/>
      <w:lvlJc w:val="left"/>
      <w:pPr>
        <w:ind w:left="6531" w:hanging="360"/>
      </w:pPr>
    </w:lvl>
    <w:lvl w:ilvl="8" w:tplc="FFFFFFFF" w:tentative="1">
      <w:start w:val="1"/>
      <w:numFmt w:val="lowerRoman"/>
      <w:lvlText w:val="%9."/>
      <w:lvlJc w:val="right"/>
      <w:pPr>
        <w:ind w:left="7251" w:hanging="180"/>
      </w:pPr>
    </w:lvl>
  </w:abstractNum>
  <w:abstractNum w:abstractNumId="10" w15:restartNumberingAfterBreak="0">
    <w:nsid w:val="01F128A6"/>
    <w:multiLevelType w:val="hybridMultilevel"/>
    <w:tmpl w:val="DD8CF5AC"/>
    <w:lvl w:ilvl="0" w:tplc="FFFFFFFF">
      <w:start w:val="1"/>
      <w:numFmt w:val="upperLetter"/>
      <w:lvlText w:val="%1."/>
      <w:lvlJc w:val="left"/>
      <w:pPr>
        <w:ind w:left="1491" w:hanging="360"/>
      </w:pPr>
    </w:lvl>
    <w:lvl w:ilvl="1" w:tplc="FFFFFFFF" w:tentative="1">
      <w:start w:val="1"/>
      <w:numFmt w:val="lowerLetter"/>
      <w:lvlText w:val="%2."/>
      <w:lvlJc w:val="left"/>
      <w:pPr>
        <w:ind w:left="2211" w:hanging="360"/>
      </w:pPr>
    </w:lvl>
    <w:lvl w:ilvl="2" w:tplc="FFFFFFFF" w:tentative="1">
      <w:start w:val="1"/>
      <w:numFmt w:val="lowerRoman"/>
      <w:lvlText w:val="%3."/>
      <w:lvlJc w:val="right"/>
      <w:pPr>
        <w:ind w:left="2931" w:hanging="180"/>
      </w:pPr>
    </w:lvl>
    <w:lvl w:ilvl="3" w:tplc="FFFFFFFF" w:tentative="1">
      <w:start w:val="1"/>
      <w:numFmt w:val="decimal"/>
      <w:lvlText w:val="%4."/>
      <w:lvlJc w:val="left"/>
      <w:pPr>
        <w:ind w:left="3651" w:hanging="360"/>
      </w:pPr>
    </w:lvl>
    <w:lvl w:ilvl="4" w:tplc="FFFFFFFF" w:tentative="1">
      <w:start w:val="1"/>
      <w:numFmt w:val="lowerLetter"/>
      <w:lvlText w:val="%5."/>
      <w:lvlJc w:val="left"/>
      <w:pPr>
        <w:ind w:left="4371" w:hanging="360"/>
      </w:pPr>
    </w:lvl>
    <w:lvl w:ilvl="5" w:tplc="FFFFFFFF" w:tentative="1">
      <w:start w:val="1"/>
      <w:numFmt w:val="lowerRoman"/>
      <w:lvlText w:val="%6."/>
      <w:lvlJc w:val="right"/>
      <w:pPr>
        <w:ind w:left="5091" w:hanging="180"/>
      </w:pPr>
    </w:lvl>
    <w:lvl w:ilvl="6" w:tplc="FFFFFFFF" w:tentative="1">
      <w:start w:val="1"/>
      <w:numFmt w:val="decimal"/>
      <w:lvlText w:val="%7."/>
      <w:lvlJc w:val="left"/>
      <w:pPr>
        <w:ind w:left="5811" w:hanging="360"/>
      </w:pPr>
    </w:lvl>
    <w:lvl w:ilvl="7" w:tplc="FFFFFFFF" w:tentative="1">
      <w:start w:val="1"/>
      <w:numFmt w:val="lowerLetter"/>
      <w:lvlText w:val="%8."/>
      <w:lvlJc w:val="left"/>
      <w:pPr>
        <w:ind w:left="6531" w:hanging="360"/>
      </w:pPr>
    </w:lvl>
    <w:lvl w:ilvl="8" w:tplc="FFFFFFFF" w:tentative="1">
      <w:start w:val="1"/>
      <w:numFmt w:val="lowerRoman"/>
      <w:lvlText w:val="%9."/>
      <w:lvlJc w:val="right"/>
      <w:pPr>
        <w:ind w:left="7251" w:hanging="180"/>
      </w:pPr>
    </w:lvl>
  </w:abstractNum>
  <w:abstractNum w:abstractNumId="11" w15:restartNumberingAfterBreak="0">
    <w:nsid w:val="03062299"/>
    <w:multiLevelType w:val="hybridMultilevel"/>
    <w:tmpl w:val="23585266"/>
    <w:lvl w:ilvl="0" w:tplc="FFFFFFFF">
      <w:start w:val="1"/>
      <w:numFmt w:val="upperLetter"/>
      <w:lvlText w:val="%1."/>
      <w:lvlJc w:val="left"/>
      <w:pPr>
        <w:ind w:left="960" w:hanging="360"/>
      </w:pPr>
    </w:lvl>
    <w:lvl w:ilvl="1" w:tplc="FFFFFFFF">
      <w:start w:val="1"/>
      <w:numFmt w:val="lowerLetter"/>
      <w:lvlText w:val="%2."/>
      <w:lvlJc w:val="left"/>
      <w:pPr>
        <w:ind w:left="1680" w:hanging="360"/>
      </w:pPr>
    </w:lvl>
    <w:lvl w:ilvl="2" w:tplc="FFFFFFFF" w:tentative="1">
      <w:start w:val="1"/>
      <w:numFmt w:val="lowerRoman"/>
      <w:lvlText w:val="%3."/>
      <w:lvlJc w:val="right"/>
      <w:pPr>
        <w:ind w:left="2400" w:hanging="180"/>
      </w:pPr>
    </w:lvl>
    <w:lvl w:ilvl="3" w:tplc="FFFFFFFF" w:tentative="1">
      <w:start w:val="1"/>
      <w:numFmt w:val="decimal"/>
      <w:lvlText w:val="%4."/>
      <w:lvlJc w:val="left"/>
      <w:pPr>
        <w:ind w:left="3120" w:hanging="360"/>
      </w:pPr>
    </w:lvl>
    <w:lvl w:ilvl="4" w:tplc="FFFFFFFF" w:tentative="1">
      <w:start w:val="1"/>
      <w:numFmt w:val="lowerLetter"/>
      <w:lvlText w:val="%5."/>
      <w:lvlJc w:val="left"/>
      <w:pPr>
        <w:ind w:left="3840" w:hanging="360"/>
      </w:pPr>
    </w:lvl>
    <w:lvl w:ilvl="5" w:tplc="FFFFFFFF" w:tentative="1">
      <w:start w:val="1"/>
      <w:numFmt w:val="lowerRoman"/>
      <w:lvlText w:val="%6."/>
      <w:lvlJc w:val="right"/>
      <w:pPr>
        <w:ind w:left="4560" w:hanging="180"/>
      </w:pPr>
    </w:lvl>
    <w:lvl w:ilvl="6" w:tplc="FFFFFFFF" w:tentative="1">
      <w:start w:val="1"/>
      <w:numFmt w:val="decimal"/>
      <w:lvlText w:val="%7."/>
      <w:lvlJc w:val="left"/>
      <w:pPr>
        <w:ind w:left="5280" w:hanging="360"/>
      </w:pPr>
    </w:lvl>
    <w:lvl w:ilvl="7" w:tplc="FFFFFFFF" w:tentative="1">
      <w:start w:val="1"/>
      <w:numFmt w:val="lowerLetter"/>
      <w:lvlText w:val="%8."/>
      <w:lvlJc w:val="left"/>
      <w:pPr>
        <w:ind w:left="6000" w:hanging="360"/>
      </w:pPr>
    </w:lvl>
    <w:lvl w:ilvl="8" w:tplc="FFFFFFFF" w:tentative="1">
      <w:start w:val="1"/>
      <w:numFmt w:val="lowerRoman"/>
      <w:lvlText w:val="%9."/>
      <w:lvlJc w:val="right"/>
      <w:pPr>
        <w:ind w:left="6720" w:hanging="180"/>
      </w:pPr>
    </w:lvl>
  </w:abstractNum>
  <w:abstractNum w:abstractNumId="12" w15:restartNumberingAfterBreak="0">
    <w:nsid w:val="03A56F66"/>
    <w:multiLevelType w:val="hybridMultilevel"/>
    <w:tmpl w:val="7D20A6A2"/>
    <w:lvl w:ilvl="0" w:tplc="FFFFFFFF">
      <w:start w:val="1"/>
      <w:numFmt w:val="upperLetter"/>
      <w:lvlText w:val="%1."/>
      <w:lvlJc w:val="left"/>
      <w:pPr>
        <w:ind w:left="960" w:hanging="360"/>
      </w:pPr>
    </w:lvl>
    <w:lvl w:ilvl="1" w:tplc="FFFFFFFF">
      <w:start w:val="1"/>
      <w:numFmt w:val="lowerLetter"/>
      <w:lvlText w:val="%2."/>
      <w:lvlJc w:val="left"/>
      <w:pPr>
        <w:ind w:left="1680" w:hanging="360"/>
      </w:pPr>
    </w:lvl>
    <w:lvl w:ilvl="2" w:tplc="FFFFFFFF" w:tentative="1">
      <w:start w:val="1"/>
      <w:numFmt w:val="lowerRoman"/>
      <w:lvlText w:val="%3."/>
      <w:lvlJc w:val="right"/>
      <w:pPr>
        <w:ind w:left="2400" w:hanging="180"/>
      </w:pPr>
    </w:lvl>
    <w:lvl w:ilvl="3" w:tplc="FFFFFFFF" w:tentative="1">
      <w:start w:val="1"/>
      <w:numFmt w:val="decimal"/>
      <w:lvlText w:val="%4."/>
      <w:lvlJc w:val="left"/>
      <w:pPr>
        <w:ind w:left="3120" w:hanging="360"/>
      </w:pPr>
    </w:lvl>
    <w:lvl w:ilvl="4" w:tplc="FFFFFFFF" w:tentative="1">
      <w:start w:val="1"/>
      <w:numFmt w:val="lowerLetter"/>
      <w:lvlText w:val="%5."/>
      <w:lvlJc w:val="left"/>
      <w:pPr>
        <w:ind w:left="3840" w:hanging="360"/>
      </w:pPr>
    </w:lvl>
    <w:lvl w:ilvl="5" w:tplc="FFFFFFFF" w:tentative="1">
      <w:start w:val="1"/>
      <w:numFmt w:val="lowerRoman"/>
      <w:lvlText w:val="%6."/>
      <w:lvlJc w:val="right"/>
      <w:pPr>
        <w:ind w:left="4560" w:hanging="180"/>
      </w:pPr>
    </w:lvl>
    <w:lvl w:ilvl="6" w:tplc="FFFFFFFF" w:tentative="1">
      <w:start w:val="1"/>
      <w:numFmt w:val="decimal"/>
      <w:lvlText w:val="%7."/>
      <w:lvlJc w:val="left"/>
      <w:pPr>
        <w:ind w:left="5280" w:hanging="360"/>
      </w:pPr>
    </w:lvl>
    <w:lvl w:ilvl="7" w:tplc="FFFFFFFF" w:tentative="1">
      <w:start w:val="1"/>
      <w:numFmt w:val="lowerLetter"/>
      <w:lvlText w:val="%8."/>
      <w:lvlJc w:val="left"/>
      <w:pPr>
        <w:ind w:left="6000" w:hanging="360"/>
      </w:pPr>
    </w:lvl>
    <w:lvl w:ilvl="8" w:tplc="FFFFFFFF" w:tentative="1">
      <w:start w:val="1"/>
      <w:numFmt w:val="lowerRoman"/>
      <w:lvlText w:val="%9."/>
      <w:lvlJc w:val="right"/>
      <w:pPr>
        <w:ind w:left="6720" w:hanging="180"/>
      </w:pPr>
    </w:lvl>
  </w:abstractNum>
  <w:abstractNum w:abstractNumId="13" w15:restartNumberingAfterBreak="0">
    <w:nsid w:val="08100CC9"/>
    <w:multiLevelType w:val="hybridMultilevel"/>
    <w:tmpl w:val="7D20A6A2"/>
    <w:lvl w:ilvl="0" w:tplc="FFFFFFFF">
      <w:start w:val="1"/>
      <w:numFmt w:val="upperLetter"/>
      <w:lvlText w:val="%1."/>
      <w:lvlJc w:val="left"/>
      <w:pPr>
        <w:ind w:left="960" w:hanging="360"/>
      </w:pPr>
    </w:lvl>
    <w:lvl w:ilvl="1" w:tplc="FFFFFFFF">
      <w:start w:val="1"/>
      <w:numFmt w:val="lowerLetter"/>
      <w:lvlText w:val="%2."/>
      <w:lvlJc w:val="left"/>
      <w:pPr>
        <w:ind w:left="1680" w:hanging="360"/>
      </w:pPr>
    </w:lvl>
    <w:lvl w:ilvl="2" w:tplc="FFFFFFFF" w:tentative="1">
      <w:start w:val="1"/>
      <w:numFmt w:val="lowerRoman"/>
      <w:lvlText w:val="%3."/>
      <w:lvlJc w:val="right"/>
      <w:pPr>
        <w:ind w:left="2400" w:hanging="180"/>
      </w:pPr>
    </w:lvl>
    <w:lvl w:ilvl="3" w:tplc="FFFFFFFF" w:tentative="1">
      <w:start w:val="1"/>
      <w:numFmt w:val="decimal"/>
      <w:lvlText w:val="%4."/>
      <w:lvlJc w:val="left"/>
      <w:pPr>
        <w:ind w:left="3120" w:hanging="360"/>
      </w:pPr>
    </w:lvl>
    <w:lvl w:ilvl="4" w:tplc="FFFFFFFF" w:tentative="1">
      <w:start w:val="1"/>
      <w:numFmt w:val="lowerLetter"/>
      <w:lvlText w:val="%5."/>
      <w:lvlJc w:val="left"/>
      <w:pPr>
        <w:ind w:left="3840" w:hanging="360"/>
      </w:pPr>
    </w:lvl>
    <w:lvl w:ilvl="5" w:tplc="FFFFFFFF" w:tentative="1">
      <w:start w:val="1"/>
      <w:numFmt w:val="lowerRoman"/>
      <w:lvlText w:val="%6."/>
      <w:lvlJc w:val="right"/>
      <w:pPr>
        <w:ind w:left="4560" w:hanging="180"/>
      </w:pPr>
    </w:lvl>
    <w:lvl w:ilvl="6" w:tplc="FFFFFFFF" w:tentative="1">
      <w:start w:val="1"/>
      <w:numFmt w:val="decimal"/>
      <w:lvlText w:val="%7."/>
      <w:lvlJc w:val="left"/>
      <w:pPr>
        <w:ind w:left="5280" w:hanging="360"/>
      </w:pPr>
    </w:lvl>
    <w:lvl w:ilvl="7" w:tplc="FFFFFFFF" w:tentative="1">
      <w:start w:val="1"/>
      <w:numFmt w:val="lowerLetter"/>
      <w:lvlText w:val="%8."/>
      <w:lvlJc w:val="left"/>
      <w:pPr>
        <w:ind w:left="6000" w:hanging="360"/>
      </w:pPr>
    </w:lvl>
    <w:lvl w:ilvl="8" w:tplc="FFFFFFFF" w:tentative="1">
      <w:start w:val="1"/>
      <w:numFmt w:val="lowerRoman"/>
      <w:lvlText w:val="%9."/>
      <w:lvlJc w:val="right"/>
      <w:pPr>
        <w:ind w:left="6720" w:hanging="180"/>
      </w:pPr>
    </w:lvl>
  </w:abstractNum>
  <w:abstractNum w:abstractNumId="14" w15:restartNumberingAfterBreak="0">
    <w:nsid w:val="0E910D56"/>
    <w:multiLevelType w:val="hybridMultilevel"/>
    <w:tmpl w:val="7D20A6A2"/>
    <w:lvl w:ilvl="0" w:tplc="FFFFFFFF">
      <w:start w:val="1"/>
      <w:numFmt w:val="upperLetter"/>
      <w:lvlText w:val="%1."/>
      <w:lvlJc w:val="left"/>
      <w:pPr>
        <w:ind w:left="960" w:hanging="360"/>
      </w:pPr>
    </w:lvl>
    <w:lvl w:ilvl="1" w:tplc="FFFFFFFF">
      <w:start w:val="1"/>
      <w:numFmt w:val="lowerLetter"/>
      <w:lvlText w:val="%2."/>
      <w:lvlJc w:val="left"/>
      <w:pPr>
        <w:ind w:left="1680" w:hanging="360"/>
      </w:pPr>
    </w:lvl>
    <w:lvl w:ilvl="2" w:tplc="FFFFFFFF" w:tentative="1">
      <w:start w:val="1"/>
      <w:numFmt w:val="lowerRoman"/>
      <w:lvlText w:val="%3."/>
      <w:lvlJc w:val="right"/>
      <w:pPr>
        <w:ind w:left="2400" w:hanging="180"/>
      </w:pPr>
    </w:lvl>
    <w:lvl w:ilvl="3" w:tplc="FFFFFFFF" w:tentative="1">
      <w:start w:val="1"/>
      <w:numFmt w:val="decimal"/>
      <w:lvlText w:val="%4."/>
      <w:lvlJc w:val="left"/>
      <w:pPr>
        <w:ind w:left="3120" w:hanging="360"/>
      </w:pPr>
    </w:lvl>
    <w:lvl w:ilvl="4" w:tplc="FFFFFFFF" w:tentative="1">
      <w:start w:val="1"/>
      <w:numFmt w:val="lowerLetter"/>
      <w:lvlText w:val="%5."/>
      <w:lvlJc w:val="left"/>
      <w:pPr>
        <w:ind w:left="3840" w:hanging="360"/>
      </w:pPr>
    </w:lvl>
    <w:lvl w:ilvl="5" w:tplc="FFFFFFFF" w:tentative="1">
      <w:start w:val="1"/>
      <w:numFmt w:val="lowerRoman"/>
      <w:lvlText w:val="%6."/>
      <w:lvlJc w:val="right"/>
      <w:pPr>
        <w:ind w:left="4560" w:hanging="180"/>
      </w:pPr>
    </w:lvl>
    <w:lvl w:ilvl="6" w:tplc="FFFFFFFF" w:tentative="1">
      <w:start w:val="1"/>
      <w:numFmt w:val="decimal"/>
      <w:lvlText w:val="%7."/>
      <w:lvlJc w:val="left"/>
      <w:pPr>
        <w:ind w:left="5280" w:hanging="360"/>
      </w:pPr>
    </w:lvl>
    <w:lvl w:ilvl="7" w:tplc="FFFFFFFF" w:tentative="1">
      <w:start w:val="1"/>
      <w:numFmt w:val="lowerLetter"/>
      <w:lvlText w:val="%8."/>
      <w:lvlJc w:val="left"/>
      <w:pPr>
        <w:ind w:left="6000" w:hanging="360"/>
      </w:pPr>
    </w:lvl>
    <w:lvl w:ilvl="8" w:tplc="FFFFFFFF" w:tentative="1">
      <w:start w:val="1"/>
      <w:numFmt w:val="lowerRoman"/>
      <w:lvlText w:val="%9."/>
      <w:lvlJc w:val="right"/>
      <w:pPr>
        <w:ind w:left="6720" w:hanging="180"/>
      </w:pPr>
    </w:lvl>
  </w:abstractNum>
  <w:abstractNum w:abstractNumId="15" w15:restartNumberingAfterBreak="0">
    <w:nsid w:val="13C355FA"/>
    <w:multiLevelType w:val="hybridMultilevel"/>
    <w:tmpl w:val="A552ADE8"/>
    <w:lvl w:ilvl="0" w:tplc="FFFFFFFF">
      <w:start w:val="1"/>
      <w:numFmt w:val="upperLetter"/>
      <w:lvlText w:val="%1."/>
      <w:lvlJc w:val="left"/>
      <w:pPr>
        <w:ind w:left="960" w:hanging="360"/>
      </w:pPr>
    </w:lvl>
    <w:lvl w:ilvl="1" w:tplc="0409000F">
      <w:start w:val="1"/>
      <w:numFmt w:val="decimal"/>
      <w:lvlText w:val="%2."/>
      <w:lvlJc w:val="left"/>
      <w:pPr>
        <w:ind w:left="1680" w:hanging="360"/>
      </w:pPr>
    </w:lvl>
    <w:lvl w:ilvl="2" w:tplc="FFFFFFFF" w:tentative="1">
      <w:start w:val="1"/>
      <w:numFmt w:val="lowerRoman"/>
      <w:lvlText w:val="%3."/>
      <w:lvlJc w:val="right"/>
      <w:pPr>
        <w:ind w:left="2400" w:hanging="180"/>
      </w:pPr>
    </w:lvl>
    <w:lvl w:ilvl="3" w:tplc="FFFFFFFF" w:tentative="1">
      <w:start w:val="1"/>
      <w:numFmt w:val="decimal"/>
      <w:lvlText w:val="%4."/>
      <w:lvlJc w:val="left"/>
      <w:pPr>
        <w:ind w:left="3120" w:hanging="360"/>
      </w:pPr>
    </w:lvl>
    <w:lvl w:ilvl="4" w:tplc="FFFFFFFF" w:tentative="1">
      <w:start w:val="1"/>
      <w:numFmt w:val="lowerLetter"/>
      <w:lvlText w:val="%5."/>
      <w:lvlJc w:val="left"/>
      <w:pPr>
        <w:ind w:left="3840" w:hanging="360"/>
      </w:pPr>
    </w:lvl>
    <w:lvl w:ilvl="5" w:tplc="FFFFFFFF" w:tentative="1">
      <w:start w:val="1"/>
      <w:numFmt w:val="lowerRoman"/>
      <w:lvlText w:val="%6."/>
      <w:lvlJc w:val="right"/>
      <w:pPr>
        <w:ind w:left="4560" w:hanging="180"/>
      </w:pPr>
    </w:lvl>
    <w:lvl w:ilvl="6" w:tplc="FFFFFFFF" w:tentative="1">
      <w:start w:val="1"/>
      <w:numFmt w:val="decimal"/>
      <w:lvlText w:val="%7."/>
      <w:lvlJc w:val="left"/>
      <w:pPr>
        <w:ind w:left="5280" w:hanging="360"/>
      </w:pPr>
    </w:lvl>
    <w:lvl w:ilvl="7" w:tplc="FFFFFFFF" w:tentative="1">
      <w:start w:val="1"/>
      <w:numFmt w:val="lowerLetter"/>
      <w:lvlText w:val="%8."/>
      <w:lvlJc w:val="left"/>
      <w:pPr>
        <w:ind w:left="6000" w:hanging="360"/>
      </w:pPr>
    </w:lvl>
    <w:lvl w:ilvl="8" w:tplc="FFFFFFFF" w:tentative="1">
      <w:start w:val="1"/>
      <w:numFmt w:val="lowerRoman"/>
      <w:lvlText w:val="%9."/>
      <w:lvlJc w:val="right"/>
      <w:pPr>
        <w:ind w:left="6720" w:hanging="180"/>
      </w:pPr>
    </w:lvl>
  </w:abstractNum>
  <w:abstractNum w:abstractNumId="16" w15:restartNumberingAfterBreak="0">
    <w:nsid w:val="15144AE3"/>
    <w:multiLevelType w:val="hybridMultilevel"/>
    <w:tmpl w:val="26EA36BA"/>
    <w:lvl w:ilvl="0" w:tplc="FFFFFFFF">
      <w:start w:val="1"/>
      <w:numFmt w:val="upperLetter"/>
      <w:lvlText w:val="%1."/>
      <w:lvlJc w:val="left"/>
      <w:pPr>
        <w:ind w:left="1491" w:hanging="360"/>
      </w:pPr>
    </w:lvl>
    <w:lvl w:ilvl="1" w:tplc="FFFFFFFF">
      <w:start w:val="1"/>
      <w:numFmt w:val="lowerLetter"/>
      <w:lvlText w:val="%2."/>
      <w:lvlJc w:val="left"/>
      <w:pPr>
        <w:ind w:left="2211" w:hanging="360"/>
      </w:pPr>
    </w:lvl>
    <w:lvl w:ilvl="2" w:tplc="FFFFFFFF" w:tentative="1">
      <w:start w:val="1"/>
      <w:numFmt w:val="lowerRoman"/>
      <w:lvlText w:val="%3."/>
      <w:lvlJc w:val="right"/>
      <w:pPr>
        <w:ind w:left="2931" w:hanging="180"/>
      </w:pPr>
    </w:lvl>
    <w:lvl w:ilvl="3" w:tplc="FFFFFFFF" w:tentative="1">
      <w:start w:val="1"/>
      <w:numFmt w:val="decimal"/>
      <w:lvlText w:val="%4."/>
      <w:lvlJc w:val="left"/>
      <w:pPr>
        <w:ind w:left="3651" w:hanging="360"/>
      </w:pPr>
    </w:lvl>
    <w:lvl w:ilvl="4" w:tplc="FFFFFFFF" w:tentative="1">
      <w:start w:val="1"/>
      <w:numFmt w:val="lowerLetter"/>
      <w:lvlText w:val="%5."/>
      <w:lvlJc w:val="left"/>
      <w:pPr>
        <w:ind w:left="4371" w:hanging="360"/>
      </w:pPr>
    </w:lvl>
    <w:lvl w:ilvl="5" w:tplc="FFFFFFFF" w:tentative="1">
      <w:start w:val="1"/>
      <w:numFmt w:val="lowerRoman"/>
      <w:lvlText w:val="%6."/>
      <w:lvlJc w:val="right"/>
      <w:pPr>
        <w:ind w:left="5091" w:hanging="180"/>
      </w:pPr>
    </w:lvl>
    <w:lvl w:ilvl="6" w:tplc="FFFFFFFF" w:tentative="1">
      <w:start w:val="1"/>
      <w:numFmt w:val="decimal"/>
      <w:lvlText w:val="%7."/>
      <w:lvlJc w:val="left"/>
      <w:pPr>
        <w:ind w:left="5811" w:hanging="360"/>
      </w:pPr>
    </w:lvl>
    <w:lvl w:ilvl="7" w:tplc="FFFFFFFF" w:tentative="1">
      <w:start w:val="1"/>
      <w:numFmt w:val="lowerLetter"/>
      <w:lvlText w:val="%8."/>
      <w:lvlJc w:val="left"/>
      <w:pPr>
        <w:ind w:left="6531" w:hanging="360"/>
      </w:pPr>
    </w:lvl>
    <w:lvl w:ilvl="8" w:tplc="FFFFFFFF" w:tentative="1">
      <w:start w:val="1"/>
      <w:numFmt w:val="lowerRoman"/>
      <w:lvlText w:val="%9."/>
      <w:lvlJc w:val="right"/>
      <w:pPr>
        <w:ind w:left="7251" w:hanging="180"/>
      </w:pPr>
    </w:lvl>
  </w:abstractNum>
  <w:abstractNum w:abstractNumId="17" w15:restartNumberingAfterBreak="0">
    <w:nsid w:val="16322DE7"/>
    <w:multiLevelType w:val="hybridMultilevel"/>
    <w:tmpl w:val="7CA2C54E"/>
    <w:lvl w:ilvl="0" w:tplc="04090001">
      <w:start w:val="1"/>
      <w:numFmt w:val="bullet"/>
      <w:lvlText w:val=""/>
      <w:lvlJc w:val="left"/>
      <w:pPr>
        <w:ind w:left="960" w:hanging="360"/>
      </w:pPr>
      <w:rPr>
        <w:rFonts w:ascii="Symbol" w:hAnsi="Symbol"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18" w15:restartNumberingAfterBreak="0">
    <w:nsid w:val="178D3A10"/>
    <w:multiLevelType w:val="hybridMultilevel"/>
    <w:tmpl w:val="DD8CF5AC"/>
    <w:lvl w:ilvl="0" w:tplc="FFFFFFFF">
      <w:start w:val="1"/>
      <w:numFmt w:val="upperLetter"/>
      <w:lvlText w:val="%1."/>
      <w:lvlJc w:val="left"/>
      <w:pPr>
        <w:ind w:left="1491" w:hanging="360"/>
      </w:pPr>
    </w:lvl>
    <w:lvl w:ilvl="1" w:tplc="FFFFFFFF" w:tentative="1">
      <w:start w:val="1"/>
      <w:numFmt w:val="lowerLetter"/>
      <w:lvlText w:val="%2."/>
      <w:lvlJc w:val="left"/>
      <w:pPr>
        <w:ind w:left="2211" w:hanging="360"/>
      </w:pPr>
    </w:lvl>
    <w:lvl w:ilvl="2" w:tplc="FFFFFFFF" w:tentative="1">
      <w:start w:val="1"/>
      <w:numFmt w:val="lowerRoman"/>
      <w:lvlText w:val="%3."/>
      <w:lvlJc w:val="right"/>
      <w:pPr>
        <w:ind w:left="2931" w:hanging="180"/>
      </w:pPr>
    </w:lvl>
    <w:lvl w:ilvl="3" w:tplc="FFFFFFFF" w:tentative="1">
      <w:start w:val="1"/>
      <w:numFmt w:val="decimal"/>
      <w:lvlText w:val="%4."/>
      <w:lvlJc w:val="left"/>
      <w:pPr>
        <w:ind w:left="3651" w:hanging="360"/>
      </w:pPr>
    </w:lvl>
    <w:lvl w:ilvl="4" w:tplc="FFFFFFFF" w:tentative="1">
      <w:start w:val="1"/>
      <w:numFmt w:val="lowerLetter"/>
      <w:lvlText w:val="%5."/>
      <w:lvlJc w:val="left"/>
      <w:pPr>
        <w:ind w:left="4371" w:hanging="360"/>
      </w:pPr>
    </w:lvl>
    <w:lvl w:ilvl="5" w:tplc="FFFFFFFF" w:tentative="1">
      <w:start w:val="1"/>
      <w:numFmt w:val="lowerRoman"/>
      <w:lvlText w:val="%6."/>
      <w:lvlJc w:val="right"/>
      <w:pPr>
        <w:ind w:left="5091" w:hanging="180"/>
      </w:pPr>
    </w:lvl>
    <w:lvl w:ilvl="6" w:tplc="FFFFFFFF" w:tentative="1">
      <w:start w:val="1"/>
      <w:numFmt w:val="decimal"/>
      <w:lvlText w:val="%7."/>
      <w:lvlJc w:val="left"/>
      <w:pPr>
        <w:ind w:left="5811" w:hanging="360"/>
      </w:pPr>
    </w:lvl>
    <w:lvl w:ilvl="7" w:tplc="FFFFFFFF" w:tentative="1">
      <w:start w:val="1"/>
      <w:numFmt w:val="lowerLetter"/>
      <w:lvlText w:val="%8."/>
      <w:lvlJc w:val="left"/>
      <w:pPr>
        <w:ind w:left="6531" w:hanging="360"/>
      </w:pPr>
    </w:lvl>
    <w:lvl w:ilvl="8" w:tplc="FFFFFFFF" w:tentative="1">
      <w:start w:val="1"/>
      <w:numFmt w:val="lowerRoman"/>
      <w:lvlText w:val="%9."/>
      <w:lvlJc w:val="right"/>
      <w:pPr>
        <w:ind w:left="7251" w:hanging="180"/>
      </w:pPr>
    </w:lvl>
  </w:abstractNum>
  <w:abstractNum w:abstractNumId="19" w15:restartNumberingAfterBreak="0">
    <w:nsid w:val="1E717BF2"/>
    <w:multiLevelType w:val="hybridMultilevel"/>
    <w:tmpl w:val="7D20A6A2"/>
    <w:lvl w:ilvl="0" w:tplc="FFFFFFFF">
      <w:start w:val="1"/>
      <w:numFmt w:val="upperLetter"/>
      <w:lvlText w:val="%1."/>
      <w:lvlJc w:val="left"/>
      <w:pPr>
        <w:ind w:left="960" w:hanging="360"/>
      </w:pPr>
    </w:lvl>
    <w:lvl w:ilvl="1" w:tplc="FFFFFFFF">
      <w:start w:val="1"/>
      <w:numFmt w:val="lowerLetter"/>
      <w:lvlText w:val="%2."/>
      <w:lvlJc w:val="left"/>
      <w:pPr>
        <w:ind w:left="1680" w:hanging="360"/>
      </w:pPr>
    </w:lvl>
    <w:lvl w:ilvl="2" w:tplc="FFFFFFFF" w:tentative="1">
      <w:start w:val="1"/>
      <w:numFmt w:val="lowerRoman"/>
      <w:lvlText w:val="%3."/>
      <w:lvlJc w:val="right"/>
      <w:pPr>
        <w:ind w:left="2400" w:hanging="180"/>
      </w:pPr>
    </w:lvl>
    <w:lvl w:ilvl="3" w:tplc="FFFFFFFF" w:tentative="1">
      <w:start w:val="1"/>
      <w:numFmt w:val="decimal"/>
      <w:lvlText w:val="%4."/>
      <w:lvlJc w:val="left"/>
      <w:pPr>
        <w:ind w:left="3120" w:hanging="360"/>
      </w:pPr>
    </w:lvl>
    <w:lvl w:ilvl="4" w:tplc="FFFFFFFF" w:tentative="1">
      <w:start w:val="1"/>
      <w:numFmt w:val="lowerLetter"/>
      <w:lvlText w:val="%5."/>
      <w:lvlJc w:val="left"/>
      <w:pPr>
        <w:ind w:left="3840" w:hanging="360"/>
      </w:pPr>
    </w:lvl>
    <w:lvl w:ilvl="5" w:tplc="FFFFFFFF" w:tentative="1">
      <w:start w:val="1"/>
      <w:numFmt w:val="lowerRoman"/>
      <w:lvlText w:val="%6."/>
      <w:lvlJc w:val="right"/>
      <w:pPr>
        <w:ind w:left="4560" w:hanging="180"/>
      </w:pPr>
    </w:lvl>
    <w:lvl w:ilvl="6" w:tplc="FFFFFFFF" w:tentative="1">
      <w:start w:val="1"/>
      <w:numFmt w:val="decimal"/>
      <w:lvlText w:val="%7."/>
      <w:lvlJc w:val="left"/>
      <w:pPr>
        <w:ind w:left="5280" w:hanging="360"/>
      </w:pPr>
    </w:lvl>
    <w:lvl w:ilvl="7" w:tplc="FFFFFFFF" w:tentative="1">
      <w:start w:val="1"/>
      <w:numFmt w:val="lowerLetter"/>
      <w:lvlText w:val="%8."/>
      <w:lvlJc w:val="left"/>
      <w:pPr>
        <w:ind w:left="6000" w:hanging="360"/>
      </w:pPr>
    </w:lvl>
    <w:lvl w:ilvl="8" w:tplc="FFFFFFFF" w:tentative="1">
      <w:start w:val="1"/>
      <w:numFmt w:val="lowerRoman"/>
      <w:lvlText w:val="%9."/>
      <w:lvlJc w:val="right"/>
      <w:pPr>
        <w:ind w:left="6720" w:hanging="180"/>
      </w:pPr>
    </w:lvl>
  </w:abstractNum>
  <w:abstractNum w:abstractNumId="20" w15:restartNumberingAfterBreak="0">
    <w:nsid w:val="210D1896"/>
    <w:multiLevelType w:val="hybridMultilevel"/>
    <w:tmpl w:val="23585266"/>
    <w:lvl w:ilvl="0" w:tplc="FFFFFFFF">
      <w:start w:val="1"/>
      <w:numFmt w:val="upperLetter"/>
      <w:lvlText w:val="%1."/>
      <w:lvlJc w:val="left"/>
      <w:pPr>
        <w:ind w:left="960" w:hanging="360"/>
      </w:pPr>
    </w:lvl>
    <w:lvl w:ilvl="1" w:tplc="FFFFFFFF">
      <w:start w:val="1"/>
      <w:numFmt w:val="lowerLetter"/>
      <w:lvlText w:val="%2."/>
      <w:lvlJc w:val="left"/>
      <w:pPr>
        <w:ind w:left="1680" w:hanging="360"/>
      </w:pPr>
    </w:lvl>
    <w:lvl w:ilvl="2" w:tplc="FFFFFFFF" w:tentative="1">
      <w:start w:val="1"/>
      <w:numFmt w:val="lowerRoman"/>
      <w:lvlText w:val="%3."/>
      <w:lvlJc w:val="right"/>
      <w:pPr>
        <w:ind w:left="2400" w:hanging="180"/>
      </w:pPr>
    </w:lvl>
    <w:lvl w:ilvl="3" w:tplc="FFFFFFFF" w:tentative="1">
      <w:start w:val="1"/>
      <w:numFmt w:val="decimal"/>
      <w:lvlText w:val="%4."/>
      <w:lvlJc w:val="left"/>
      <w:pPr>
        <w:ind w:left="3120" w:hanging="360"/>
      </w:pPr>
    </w:lvl>
    <w:lvl w:ilvl="4" w:tplc="FFFFFFFF" w:tentative="1">
      <w:start w:val="1"/>
      <w:numFmt w:val="lowerLetter"/>
      <w:lvlText w:val="%5."/>
      <w:lvlJc w:val="left"/>
      <w:pPr>
        <w:ind w:left="3840" w:hanging="360"/>
      </w:pPr>
    </w:lvl>
    <w:lvl w:ilvl="5" w:tplc="FFFFFFFF" w:tentative="1">
      <w:start w:val="1"/>
      <w:numFmt w:val="lowerRoman"/>
      <w:lvlText w:val="%6."/>
      <w:lvlJc w:val="right"/>
      <w:pPr>
        <w:ind w:left="4560" w:hanging="180"/>
      </w:pPr>
    </w:lvl>
    <w:lvl w:ilvl="6" w:tplc="FFFFFFFF" w:tentative="1">
      <w:start w:val="1"/>
      <w:numFmt w:val="decimal"/>
      <w:lvlText w:val="%7."/>
      <w:lvlJc w:val="left"/>
      <w:pPr>
        <w:ind w:left="5280" w:hanging="360"/>
      </w:pPr>
    </w:lvl>
    <w:lvl w:ilvl="7" w:tplc="FFFFFFFF" w:tentative="1">
      <w:start w:val="1"/>
      <w:numFmt w:val="lowerLetter"/>
      <w:lvlText w:val="%8."/>
      <w:lvlJc w:val="left"/>
      <w:pPr>
        <w:ind w:left="6000" w:hanging="360"/>
      </w:pPr>
    </w:lvl>
    <w:lvl w:ilvl="8" w:tplc="FFFFFFFF" w:tentative="1">
      <w:start w:val="1"/>
      <w:numFmt w:val="lowerRoman"/>
      <w:lvlText w:val="%9."/>
      <w:lvlJc w:val="right"/>
      <w:pPr>
        <w:ind w:left="6720" w:hanging="180"/>
      </w:pPr>
    </w:lvl>
  </w:abstractNum>
  <w:abstractNum w:abstractNumId="21" w15:restartNumberingAfterBreak="0">
    <w:nsid w:val="21AB495E"/>
    <w:multiLevelType w:val="hybridMultilevel"/>
    <w:tmpl w:val="7D20A6A2"/>
    <w:lvl w:ilvl="0" w:tplc="FFFFFFFF">
      <w:start w:val="1"/>
      <w:numFmt w:val="upperLetter"/>
      <w:lvlText w:val="%1."/>
      <w:lvlJc w:val="left"/>
      <w:pPr>
        <w:ind w:left="960" w:hanging="360"/>
      </w:pPr>
    </w:lvl>
    <w:lvl w:ilvl="1" w:tplc="FFFFFFFF">
      <w:start w:val="1"/>
      <w:numFmt w:val="lowerLetter"/>
      <w:lvlText w:val="%2."/>
      <w:lvlJc w:val="left"/>
      <w:pPr>
        <w:ind w:left="1680" w:hanging="360"/>
      </w:pPr>
    </w:lvl>
    <w:lvl w:ilvl="2" w:tplc="FFFFFFFF" w:tentative="1">
      <w:start w:val="1"/>
      <w:numFmt w:val="lowerRoman"/>
      <w:lvlText w:val="%3."/>
      <w:lvlJc w:val="right"/>
      <w:pPr>
        <w:ind w:left="2400" w:hanging="180"/>
      </w:pPr>
    </w:lvl>
    <w:lvl w:ilvl="3" w:tplc="FFFFFFFF" w:tentative="1">
      <w:start w:val="1"/>
      <w:numFmt w:val="decimal"/>
      <w:lvlText w:val="%4."/>
      <w:lvlJc w:val="left"/>
      <w:pPr>
        <w:ind w:left="3120" w:hanging="360"/>
      </w:pPr>
    </w:lvl>
    <w:lvl w:ilvl="4" w:tplc="FFFFFFFF" w:tentative="1">
      <w:start w:val="1"/>
      <w:numFmt w:val="lowerLetter"/>
      <w:lvlText w:val="%5."/>
      <w:lvlJc w:val="left"/>
      <w:pPr>
        <w:ind w:left="3840" w:hanging="360"/>
      </w:pPr>
    </w:lvl>
    <w:lvl w:ilvl="5" w:tplc="FFFFFFFF" w:tentative="1">
      <w:start w:val="1"/>
      <w:numFmt w:val="lowerRoman"/>
      <w:lvlText w:val="%6."/>
      <w:lvlJc w:val="right"/>
      <w:pPr>
        <w:ind w:left="4560" w:hanging="180"/>
      </w:pPr>
    </w:lvl>
    <w:lvl w:ilvl="6" w:tplc="FFFFFFFF" w:tentative="1">
      <w:start w:val="1"/>
      <w:numFmt w:val="decimal"/>
      <w:lvlText w:val="%7."/>
      <w:lvlJc w:val="left"/>
      <w:pPr>
        <w:ind w:left="5280" w:hanging="360"/>
      </w:pPr>
    </w:lvl>
    <w:lvl w:ilvl="7" w:tplc="FFFFFFFF" w:tentative="1">
      <w:start w:val="1"/>
      <w:numFmt w:val="lowerLetter"/>
      <w:lvlText w:val="%8."/>
      <w:lvlJc w:val="left"/>
      <w:pPr>
        <w:ind w:left="6000" w:hanging="360"/>
      </w:pPr>
    </w:lvl>
    <w:lvl w:ilvl="8" w:tplc="FFFFFFFF" w:tentative="1">
      <w:start w:val="1"/>
      <w:numFmt w:val="lowerRoman"/>
      <w:lvlText w:val="%9."/>
      <w:lvlJc w:val="right"/>
      <w:pPr>
        <w:ind w:left="6720" w:hanging="180"/>
      </w:pPr>
    </w:lvl>
  </w:abstractNum>
  <w:abstractNum w:abstractNumId="22" w15:restartNumberingAfterBreak="0">
    <w:nsid w:val="238C58ED"/>
    <w:multiLevelType w:val="hybridMultilevel"/>
    <w:tmpl w:val="DD8CF5AC"/>
    <w:lvl w:ilvl="0" w:tplc="FFFFFFFF">
      <w:start w:val="1"/>
      <w:numFmt w:val="upperLetter"/>
      <w:lvlText w:val="%1."/>
      <w:lvlJc w:val="left"/>
      <w:pPr>
        <w:ind w:left="1491" w:hanging="360"/>
      </w:pPr>
    </w:lvl>
    <w:lvl w:ilvl="1" w:tplc="FFFFFFFF">
      <w:start w:val="1"/>
      <w:numFmt w:val="lowerLetter"/>
      <w:lvlText w:val="%2."/>
      <w:lvlJc w:val="left"/>
      <w:pPr>
        <w:ind w:left="2211" w:hanging="360"/>
      </w:pPr>
    </w:lvl>
    <w:lvl w:ilvl="2" w:tplc="FFFFFFFF" w:tentative="1">
      <w:start w:val="1"/>
      <w:numFmt w:val="lowerRoman"/>
      <w:lvlText w:val="%3."/>
      <w:lvlJc w:val="right"/>
      <w:pPr>
        <w:ind w:left="2931" w:hanging="180"/>
      </w:pPr>
    </w:lvl>
    <w:lvl w:ilvl="3" w:tplc="FFFFFFFF" w:tentative="1">
      <w:start w:val="1"/>
      <w:numFmt w:val="decimal"/>
      <w:lvlText w:val="%4."/>
      <w:lvlJc w:val="left"/>
      <w:pPr>
        <w:ind w:left="3651" w:hanging="360"/>
      </w:pPr>
    </w:lvl>
    <w:lvl w:ilvl="4" w:tplc="FFFFFFFF" w:tentative="1">
      <w:start w:val="1"/>
      <w:numFmt w:val="lowerLetter"/>
      <w:lvlText w:val="%5."/>
      <w:lvlJc w:val="left"/>
      <w:pPr>
        <w:ind w:left="4371" w:hanging="360"/>
      </w:pPr>
    </w:lvl>
    <w:lvl w:ilvl="5" w:tplc="FFFFFFFF" w:tentative="1">
      <w:start w:val="1"/>
      <w:numFmt w:val="lowerRoman"/>
      <w:lvlText w:val="%6."/>
      <w:lvlJc w:val="right"/>
      <w:pPr>
        <w:ind w:left="5091" w:hanging="180"/>
      </w:pPr>
    </w:lvl>
    <w:lvl w:ilvl="6" w:tplc="FFFFFFFF" w:tentative="1">
      <w:start w:val="1"/>
      <w:numFmt w:val="decimal"/>
      <w:lvlText w:val="%7."/>
      <w:lvlJc w:val="left"/>
      <w:pPr>
        <w:ind w:left="5811" w:hanging="360"/>
      </w:pPr>
    </w:lvl>
    <w:lvl w:ilvl="7" w:tplc="FFFFFFFF" w:tentative="1">
      <w:start w:val="1"/>
      <w:numFmt w:val="lowerLetter"/>
      <w:lvlText w:val="%8."/>
      <w:lvlJc w:val="left"/>
      <w:pPr>
        <w:ind w:left="6531" w:hanging="360"/>
      </w:pPr>
    </w:lvl>
    <w:lvl w:ilvl="8" w:tplc="FFFFFFFF" w:tentative="1">
      <w:start w:val="1"/>
      <w:numFmt w:val="lowerRoman"/>
      <w:lvlText w:val="%9."/>
      <w:lvlJc w:val="right"/>
      <w:pPr>
        <w:ind w:left="7251" w:hanging="180"/>
      </w:pPr>
    </w:lvl>
  </w:abstractNum>
  <w:abstractNum w:abstractNumId="23" w15:restartNumberingAfterBreak="0">
    <w:nsid w:val="246861D0"/>
    <w:multiLevelType w:val="hybridMultilevel"/>
    <w:tmpl w:val="26EA36BA"/>
    <w:lvl w:ilvl="0" w:tplc="FFFFFFFF">
      <w:start w:val="1"/>
      <w:numFmt w:val="upperLetter"/>
      <w:lvlText w:val="%1."/>
      <w:lvlJc w:val="left"/>
      <w:pPr>
        <w:ind w:left="1491" w:hanging="360"/>
      </w:pPr>
    </w:lvl>
    <w:lvl w:ilvl="1" w:tplc="FFFFFFFF">
      <w:start w:val="1"/>
      <w:numFmt w:val="lowerLetter"/>
      <w:lvlText w:val="%2."/>
      <w:lvlJc w:val="left"/>
      <w:pPr>
        <w:ind w:left="2211" w:hanging="360"/>
      </w:pPr>
    </w:lvl>
    <w:lvl w:ilvl="2" w:tplc="FFFFFFFF" w:tentative="1">
      <w:start w:val="1"/>
      <w:numFmt w:val="lowerRoman"/>
      <w:lvlText w:val="%3."/>
      <w:lvlJc w:val="right"/>
      <w:pPr>
        <w:ind w:left="2931" w:hanging="180"/>
      </w:pPr>
    </w:lvl>
    <w:lvl w:ilvl="3" w:tplc="FFFFFFFF" w:tentative="1">
      <w:start w:val="1"/>
      <w:numFmt w:val="decimal"/>
      <w:lvlText w:val="%4."/>
      <w:lvlJc w:val="left"/>
      <w:pPr>
        <w:ind w:left="3651" w:hanging="360"/>
      </w:pPr>
    </w:lvl>
    <w:lvl w:ilvl="4" w:tplc="FFFFFFFF" w:tentative="1">
      <w:start w:val="1"/>
      <w:numFmt w:val="lowerLetter"/>
      <w:lvlText w:val="%5."/>
      <w:lvlJc w:val="left"/>
      <w:pPr>
        <w:ind w:left="4371" w:hanging="360"/>
      </w:pPr>
    </w:lvl>
    <w:lvl w:ilvl="5" w:tplc="FFFFFFFF" w:tentative="1">
      <w:start w:val="1"/>
      <w:numFmt w:val="lowerRoman"/>
      <w:lvlText w:val="%6."/>
      <w:lvlJc w:val="right"/>
      <w:pPr>
        <w:ind w:left="5091" w:hanging="180"/>
      </w:pPr>
    </w:lvl>
    <w:lvl w:ilvl="6" w:tplc="FFFFFFFF" w:tentative="1">
      <w:start w:val="1"/>
      <w:numFmt w:val="decimal"/>
      <w:lvlText w:val="%7."/>
      <w:lvlJc w:val="left"/>
      <w:pPr>
        <w:ind w:left="5811" w:hanging="360"/>
      </w:pPr>
    </w:lvl>
    <w:lvl w:ilvl="7" w:tplc="FFFFFFFF" w:tentative="1">
      <w:start w:val="1"/>
      <w:numFmt w:val="lowerLetter"/>
      <w:lvlText w:val="%8."/>
      <w:lvlJc w:val="left"/>
      <w:pPr>
        <w:ind w:left="6531" w:hanging="360"/>
      </w:pPr>
    </w:lvl>
    <w:lvl w:ilvl="8" w:tplc="FFFFFFFF" w:tentative="1">
      <w:start w:val="1"/>
      <w:numFmt w:val="lowerRoman"/>
      <w:lvlText w:val="%9."/>
      <w:lvlJc w:val="right"/>
      <w:pPr>
        <w:ind w:left="7251" w:hanging="180"/>
      </w:pPr>
    </w:lvl>
  </w:abstractNum>
  <w:abstractNum w:abstractNumId="24" w15:restartNumberingAfterBreak="0">
    <w:nsid w:val="263F7E39"/>
    <w:multiLevelType w:val="hybridMultilevel"/>
    <w:tmpl w:val="7BC0E5C6"/>
    <w:lvl w:ilvl="0" w:tplc="FFFFFFFF">
      <w:start w:val="1"/>
      <w:numFmt w:val="decimal"/>
      <w:lvlText w:val="%1."/>
      <w:lvlJc w:val="left"/>
      <w:pPr>
        <w:ind w:left="1320" w:hanging="360"/>
      </w:pPr>
    </w:lvl>
    <w:lvl w:ilvl="1" w:tplc="FFFFFFFF">
      <w:start w:val="1"/>
      <w:numFmt w:val="lowerLetter"/>
      <w:lvlText w:val="%2."/>
      <w:lvlJc w:val="left"/>
      <w:pPr>
        <w:ind w:left="2040" w:hanging="360"/>
      </w:pPr>
    </w:lvl>
    <w:lvl w:ilvl="2" w:tplc="FFFFFFFF" w:tentative="1">
      <w:start w:val="1"/>
      <w:numFmt w:val="lowerRoman"/>
      <w:lvlText w:val="%3."/>
      <w:lvlJc w:val="right"/>
      <w:pPr>
        <w:ind w:left="2760" w:hanging="180"/>
      </w:pPr>
    </w:lvl>
    <w:lvl w:ilvl="3" w:tplc="FFFFFFFF" w:tentative="1">
      <w:start w:val="1"/>
      <w:numFmt w:val="decimal"/>
      <w:lvlText w:val="%4."/>
      <w:lvlJc w:val="left"/>
      <w:pPr>
        <w:ind w:left="3480" w:hanging="360"/>
      </w:pPr>
    </w:lvl>
    <w:lvl w:ilvl="4" w:tplc="FFFFFFFF" w:tentative="1">
      <w:start w:val="1"/>
      <w:numFmt w:val="lowerLetter"/>
      <w:lvlText w:val="%5."/>
      <w:lvlJc w:val="left"/>
      <w:pPr>
        <w:ind w:left="4200" w:hanging="360"/>
      </w:pPr>
    </w:lvl>
    <w:lvl w:ilvl="5" w:tplc="FFFFFFFF" w:tentative="1">
      <w:start w:val="1"/>
      <w:numFmt w:val="lowerRoman"/>
      <w:lvlText w:val="%6."/>
      <w:lvlJc w:val="right"/>
      <w:pPr>
        <w:ind w:left="4920" w:hanging="180"/>
      </w:pPr>
    </w:lvl>
    <w:lvl w:ilvl="6" w:tplc="FFFFFFFF" w:tentative="1">
      <w:start w:val="1"/>
      <w:numFmt w:val="decimal"/>
      <w:lvlText w:val="%7."/>
      <w:lvlJc w:val="left"/>
      <w:pPr>
        <w:ind w:left="5640" w:hanging="360"/>
      </w:pPr>
    </w:lvl>
    <w:lvl w:ilvl="7" w:tplc="FFFFFFFF" w:tentative="1">
      <w:start w:val="1"/>
      <w:numFmt w:val="lowerLetter"/>
      <w:lvlText w:val="%8."/>
      <w:lvlJc w:val="left"/>
      <w:pPr>
        <w:ind w:left="6360" w:hanging="360"/>
      </w:pPr>
    </w:lvl>
    <w:lvl w:ilvl="8" w:tplc="FFFFFFFF" w:tentative="1">
      <w:start w:val="1"/>
      <w:numFmt w:val="lowerRoman"/>
      <w:lvlText w:val="%9."/>
      <w:lvlJc w:val="right"/>
      <w:pPr>
        <w:ind w:left="7080" w:hanging="180"/>
      </w:pPr>
    </w:lvl>
  </w:abstractNum>
  <w:abstractNum w:abstractNumId="25" w15:restartNumberingAfterBreak="0">
    <w:nsid w:val="31362826"/>
    <w:multiLevelType w:val="multilevel"/>
    <w:tmpl w:val="DCDCA7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3882A7C"/>
    <w:multiLevelType w:val="hybridMultilevel"/>
    <w:tmpl w:val="DD8CF5AC"/>
    <w:lvl w:ilvl="0" w:tplc="FFFFFFFF">
      <w:start w:val="1"/>
      <w:numFmt w:val="upperLetter"/>
      <w:lvlText w:val="%1."/>
      <w:lvlJc w:val="left"/>
      <w:pPr>
        <w:ind w:left="1491" w:hanging="360"/>
      </w:pPr>
    </w:lvl>
    <w:lvl w:ilvl="1" w:tplc="FFFFFFFF">
      <w:start w:val="1"/>
      <w:numFmt w:val="lowerLetter"/>
      <w:lvlText w:val="%2."/>
      <w:lvlJc w:val="left"/>
      <w:pPr>
        <w:ind w:left="2211" w:hanging="360"/>
      </w:pPr>
    </w:lvl>
    <w:lvl w:ilvl="2" w:tplc="FFFFFFFF" w:tentative="1">
      <w:start w:val="1"/>
      <w:numFmt w:val="lowerRoman"/>
      <w:lvlText w:val="%3."/>
      <w:lvlJc w:val="right"/>
      <w:pPr>
        <w:ind w:left="2931" w:hanging="180"/>
      </w:pPr>
    </w:lvl>
    <w:lvl w:ilvl="3" w:tplc="FFFFFFFF" w:tentative="1">
      <w:start w:val="1"/>
      <w:numFmt w:val="decimal"/>
      <w:lvlText w:val="%4."/>
      <w:lvlJc w:val="left"/>
      <w:pPr>
        <w:ind w:left="3651" w:hanging="360"/>
      </w:pPr>
    </w:lvl>
    <w:lvl w:ilvl="4" w:tplc="FFFFFFFF" w:tentative="1">
      <w:start w:val="1"/>
      <w:numFmt w:val="lowerLetter"/>
      <w:lvlText w:val="%5."/>
      <w:lvlJc w:val="left"/>
      <w:pPr>
        <w:ind w:left="4371" w:hanging="360"/>
      </w:pPr>
    </w:lvl>
    <w:lvl w:ilvl="5" w:tplc="FFFFFFFF" w:tentative="1">
      <w:start w:val="1"/>
      <w:numFmt w:val="lowerRoman"/>
      <w:lvlText w:val="%6."/>
      <w:lvlJc w:val="right"/>
      <w:pPr>
        <w:ind w:left="5091" w:hanging="180"/>
      </w:pPr>
    </w:lvl>
    <w:lvl w:ilvl="6" w:tplc="FFFFFFFF" w:tentative="1">
      <w:start w:val="1"/>
      <w:numFmt w:val="decimal"/>
      <w:lvlText w:val="%7."/>
      <w:lvlJc w:val="left"/>
      <w:pPr>
        <w:ind w:left="5811" w:hanging="360"/>
      </w:pPr>
    </w:lvl>
    <w:lvl w:ilvl="7" w:tplc="FFFFFFFF" w:tentative="1">
      <w:start w:val="1"/>
      <w:numFmt w:val="lowerLetter"/>
      <w:lvlText w:val="%8."/>
      <w:lvlJc w:val="left"/>
      <w:pPr>
        <w:ind w:left="6531" w:hanging="360"/>
      </w:pPr>
    </w:lvl>
    <w:lvl w:ilvl="8" w:tplc="FFFFFFFF" w:tentative="1">
      <w:start w:val="1"/>
      <w:numFmt w:val="lowerRoman"/>
      <w:lvlText w:val="%9."/>
      <w:lvlJc w:val="right"/>
      <w:pPr>
        <w:ind w:left="7251" w:hanging="180"/>
      </w:pPr>
    </w:lvl>
  </w:abstractNum>
  <w:abstractNum w:abstractNumId="27" w15:restartNumberingAfterBreak="0">
    <w:nsid w:val="36703718"/>
    <w:multiLevelType w:val="hybridMultilevel"/>
    <w:tmpl w:val="7D20A6A2"/>
    <w:lvl w:ilvl="0" w:tplc="FFFFFFFF">
      <w:start w:val="1"/>
      <w:numFmt w:val="upperLetter"/>
      <w:lvlText w:val="%1."/>
      <w:lvlJc w:val="left"/>
      <w:pPr>
        <w:ind w:left="960" w:hanging="360"/>
      </w:pPr>
    </w:lvl>
    <w:lvl w:ilvl="1" w:tplc="FFFFFFFF">
      <w:start w:val="1"/>
      <w:numFmt w:val="lowerLetter"/>
      <w:lvlText w:val="%2."/>
      <w:lvlJc w:val="left"/>
      <w:pPr>
        <w:ind w:left="1680" w:hanging="360"/>
      </w:pPr>
    </w:lvl>
    <w:lvl w:ilvl="2" w:tplc="FFFFFFFF" w:tentative="1">
      <w:start w:val="1"/>
      <w:numFmt w:val="lowerRoman"/>
      <w:lvlText w:val="%3."/>
      <w:lvlJc w:val="right"/>
      <w:pPr>
        <w:ind w:left="2400" w:hanging="180"/>
      </w:pPr>
    </w:lvl>
    <w:lvl w:ilvl="3" w:tplc="FFFFFFFF" w:tentative="1">
      <w:start w:val="1"/>
      <w:numFmt w:val="decimal"/>
      <w:lvlText w:val="%4."/>
      <w:lvlJc w:val="left"/>
      <w:pPr>
        <w:ind w:left="3120" w:hanging="360"/>
      </w:pPr>
    </w:lvl>
    <w:lvl w:ilvl="4" w:tplc="FFFFFFFF" w:tentative="1">
      <w:start w:val="1"/>
      <w:numFmt w:val="lowerLetter"/>
      <w:lvlText w:val="%5."/>
      <w:lvlJc w:val="left"/>
      <w:pPr>
        <w:ind w:left="3840" w:hanging="360"/>
      </w:pPr>
    </w:lvl>
    <w:lvl w:ilvl="5" w:tplc="FFFFFFFF" w:tentative="1">
      <w:start w:val="1"/>
      <w:numFmt w:val="lowerRoman"/>
      <w:lvlText w:val="%6."/>
      <w:lvlJc w:val="right"/>
      <w:pPr>
        <w:ind w:left="4560" w:hanging="180"/>
      </w:pPr>
    </w:lvl>
    <w:lvl w:ilvl="6" w:tplc="FFFFFFFF" w:tentative="1">
      <w:start w:val="1"/>
      <w:numFmt w:val="decimal"/>
      <w:lvlText w:val="%7."/>
      <w:lvlJc w:val="left"/>
      <w:pPr>
        <w:ind w:left="5280" w:hanging="360"/>
      </w:pPr>
    </w:lvl>
    <w:lvl w:ilvl="7" w:tplc="FFFFFFFF" w:tentative="1">
      <w:start w:val="1"/>
      <w:numFmt w:val="lowerLetter"/>
      <w:lvlText w:val="%8."/>
      <w:lvlJc w:val="left"/>
      <w:pPr>
        <w:ind w:left="6000" w:hanging="360"/>
      </w:pPr>
    </w:lvl>
    <w:lvl w:ilvl="8" w:tplc="FFFFFFFF" w:tentative="1">
      <w:start w:val="1"/>
      <w:numFmt w:val="lowerRoman"/>
      <w:lvlText w:val="%9."/>
      <w:lvlJc w:val="right"/>
      <w:pPr>
        <w:ind w:left="6720" w:hanging="180"/>
      </w:pPr>
    </w:lvl>
  </w:abstractNum>
  <w:abstractNum w:abstractNumId="28" w15:restartNumberingAfterBreak="0">
    <w:nsid w:val="39982EA0"/>
    <w:multiLevelType w:val="hybridMultilevel"/>
    <w:tmpl w:val="7D20A6A2"/>
    <w:lvl w:ilvl="0" w:tplc="04090015">
      <w:start w:val="1"/>
      <w:numFmt w:val="upperLetter"/>
      <w:lvlText w:val="%1."/>
      <w:lvlJc w:val="left"/>
      <w:pPr>
        <w:ind w:left="960" w:hanging="360"/>
      </w:pPr>
    </w:lvl>
    <w:lvl w:ilvl="1" w:tplc="04090019">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29" w15:restartNumberingAfterBreak="0">
    <w:nsid w:val="44605D53"/>
    <w:multiLevelType w:val="hybridMultilevel"/>
    <w:tmpl w:val="7D20A6A2"/>
    <w:lvl w:ilvl="0" w:tplc="FFFFFFFF">
      <w:start w:val="1"/>
      <w:numFmt w:val="upperLetter"/>
      <w:lvlText w:val="%1."/>
      <w:lvlJc w:val="left"/>
      <w:pPr>
        <w:ind w:left="960" w:hanging="360"/>
      </w:pPr>
    </w:lvl>
    <w:lvl w:ilvl="1" w:tplc="FFFFFFFF">
      <w:start w:val="1"/>
      <w:numFmt w:val="lowerLetter"/>
      <w:lvlText w:val="%2."/>
      <w:lvlJc w:val="left"/>
      <w:pPr>
        <w:ind w:left="1680" w:hanging="360"/>
      </w:pPr>
    </w:lvl>
    <w:lvl w:ilvl="2" w:tplc="FFFFFFFF" w:tentative="1">
      <w:start w:val="1"/>
      <w:numFmt w:val="lowerRoman"/>
      <w:lvlText w:val="%3."/>
      <w:lvlJc w:val="right"/>
      <w:pPr>
        <w:ind w:left="2400" w:hanging="180"/>
      </w:pPr>
    </w:lvl>
    <w:lvl w:ilvl="3" w:tplc="FFFFFFFF" w:tentative="1">
      <w:start w:val="1"/>
      <w:numFmt w:val="decimal"/>
      <w:lvlText w:val="%4."/>
      <w:lvlJc w:val="left"/>
      <w:pPr>
        <w:ind w:left="3120" w:hanging="360"/>
      </w:pPr>
    </w:lvl>
    <w:lvl w:ilvl="4" w:tplc="FFFFFFFF" w:tentative="1">
      <w:start w:val="1"/>
      <w:numFmt w:val="lowerLetter"/>
      <w:lvlText w:val="%5."/>
      <w:lvlJc w:val="left"/>
      <w:pPr>
        <w:ind w:left="3840" w:hanging="360"/>
      </w:pPr>
    </w:lvl>
    <w:lvl w:ilvl="5" w:tplc="FFFFFFFF" w:tentative="1">
      <w:start w:val="1"/>
      <w:numFmt w:val="lowerRoman"/>
      <w:lvlText w:val="%6."/>
      <w:lvlJc w:val="right"/>
      <w:pPr>
        <w:ind w:left="4560" w:hanging="180"/>
      </w:pPr>
    </w:lvl>
    <w:lvl w:ilvl="6" w:tplc="FFFFFFFF" w:tentative="1">
      <w:start w:val="1"/>
      <w:numFmt w:val="decimal"/>
      <w:lvlText w:val="%7."/>
      <w:lvlJc w:val="left"/>
      <w:pPr>
        <w:ind w:left="5280" w:hanging="360"/>
      </w:pPr>
    </w:lvl>
    <w:lvl w:ilvl="7" w:tplc="FFFFFFFF" w:tentative="1">
      <w:start w:val="1"/>
      <w:numFmt w:val="lowerLetter"/>
      <w:lvlText w:val="%8."/>
      <w:lvlJc w:val="left"/>
      <w:pPr>
        <w:ind w:left="6000" w:hanging="360"/>
      </w:pPr>
    </w:lvl>
    <w:lvl w:ilvl="8" w:tplc="FFFFFFFF" w:tentative="1">
      <w:start w:val="1"/>
      <w:numFmt w:val="lowerRoman"/>
      <w:lvlText w:val="%9."/>
      <w:lvlJc w:val="right"/>
      <w:pPr>
        <w:ind w:left="6720" w:hanging="180"/>
      </w:pPr>
    </w:lvl>
  </w:abstractNum>
  <w:abstractNum w:abstractNumId="30" w15:restartNumberingAfterBreak="0">
    <w:nsid w:val="44CF0168"/>
    <w:multiLevelType w:val="hybridMultilevel"/>
    <w:tmpl w:val="DF927138"/>
    <w:lvl w:ilvl="0" w:tplc="FFFFFFFF">
      <w:start w:val="1"/>
      <w:numFmt w:val="upperLetter"/>
      <w:lvlText w:val="%1."/>
      <w:lvlJc w:val="left"/>
      <w:pPr>
        <w:ind w:left="1491" w:hanging="360"/>
      </w:pPr>
    </w:lvl>
    <w:lvl w:ilvl="1" w:tplc="FFFFFFFF">
      <w:start w:val="1"/>
      <w:numFmt w:val="lowerLetter"/>
      <w:lvlText w:val="%2."/>
      <w:lvlJc w:val="left"/>
      <w:pPr>
        <w:ind w:left="2211" w:hanging="360"/>
      </w:pPr>
    </w:lvl>
    <w:lvl w:ilvl="2" w:tplc="FFFFFFFF" w:tentative="1">
      <w:start w:val="1"/>
      <w:numFmt w:val="lowerRoman"/>
      <w:lvlText w:val="%3."/>
      <w:lvlJc w:val="right"/>
      <w:pPr>
        <w:ind w:left="2931" w:hanging="180"/>
      </w:pPr>
    </w:lvl>
    <w:lvl w:ilvl="3" w:tplc="FFFFFFFF" w:tentative="1">
      <w:start w:val="1"/>
      <w:numFmt w:val="decimal"/>
      <w:lvlText w:val="%4."/>
      <w:lvlJc w:val="left"/>
      <w:pPr>
        <w:ind w:left="3651" w:hanging="360"/>
      </w:pPr>
    </w:lvl>
    <w:lvl w:ilvl="4" w:tplc="FFFFFFFF" w:tentative="1">
      <w:start w:val="1"/>
      <w:numFmt w:val="lowerLetter"/>
      <w:lvlText w:val="%5."/>
      <w:lvlJc w:val="left"/>
      <w:pPr>
        <w:ind w:left="4371" w:hanging="360"/>
      </w:pPr>
    </w:lvl>
    <w:lvl w:ilvl="5" w:tplc="FFFFFFFF" w:tentative="1">
      <w:start w:val="1"/>
      <w:numFmt w:val="lowerRoman"/>
      <w:lvlText w:val="%6."/>
      <w:lvlJc w:val="right"/>
      <w:pPr>
        <w:ind w:left="5091" w:hanging="180"/>
      </w:pPr>
    </w:lvl>
    <w:lvl w:ilvl="6" w:tplc="FFFFFFFF" w:tentative="1">
      <w:start w:val="1"/>
      <w:numFmt w:val="decimal"/>
      <w:lvlText w:val="%7."/>
      <w:lvlJc w:val="left"/>
      <w:pPr>
        <w:ind w:left="5811" w:hanging="360"/>
      </w:pPr>
    </w:lvl>
    <w:lvl w:ilvl="7" w:tplc="FFFFFFFF" w:tentative="1">
      <w:start w:val="1"/>
      <w:numFmt w:val="lowerLetter"/>
      <w:lvlText w:val="%8."/>
      <w:lvlJc w:val="left"/>
      <w:pPr>
        <w:ind w:left="6531" w:hanging="360"/>
      </w:pPr>
    </w:lvl>
    <w:lvl w:ilvl="8" w:tplc="FFFFFFFF" w:tentative="1">
      <w:start w:val="1"/>
      <w:numFmt w:val="lowerRoman"/>
      <w:lvlText w:val="%9."/>
      <w:lvlJc w:val="right"/>
      <w:pPr>
        <w:ind w:left="7251" w:hanging="180"/>
      </w:pPr>
    </w:lvl>
  </w:abstractNum>
  <w:abstractNum w:abstractNumId="31" w15:restartNumberingAfterBreak="0">
    <w:nsid w:val="50656FD3"/>
    <w:multiLevelType w:val="hybridMultilevel"/>
    <w:tmpl w:val="6282ADD8"/>
    <w:lvl w:ilvl="0" w:tplc="04090015">
      <w:start w:val="1"/>
      <w:numFmt w:val="upperLetter"/>
      <w:lvlText w:val="%1."/>
      <w:lvlJc w:val="left"/>
      <w:pPr>
        <w:ind w:left="1491" w:hanging="360"/>
      </w:pPr>
    </w:lvl>
    <w:lvl w:ilvl="1" w:tplc="04090019" w:tentative="1">
      <w:start w:val="1"/>
      <w:numFmt w:val="lowerLetter"/>
      <w:lvlText w:val="%2."/>
      <w:lvlJc w:val="left"/>
      <w:pPr>
        <w:ind w:left="2211" w:hanging="360"/>
      </w:pPr>
    </w:lvl>
    <w:lvl w:ilvl="2" w:tplc="0409001B" w:tentative="1">
      <w:start w:val="1"/>
      <w:numFmt w:val="lowerRoman"/>
      <w:lvlText w:val="%3."/>
      <w:lvlJc w:val="right"/>
      <w:pPr>
        <w:ind w:left="2931" w:hanging="180"/>
      </w:pPr>
    </w:lvl>
    <w:lvl w:ilvl="3" w:tplc="0409000F" w:tentative="1">
      <w:start w:val="1"/>
      <w:numFmt w:val="decimal"/>
      <w:lvlText w:val="%4."/>
      <w:lvlJc w:val="left"/>
      <w:pPr>
        <w:ind w:left="3651" w:hanging="360"/>
      </w:pPr>
    </w:lvl>
    <w:lvl w:ilvl="4" w:tplc="04090019" w:tentative="1">
      <w:start w:val="1"/>
      <w:numFmt w:val="lowerLetter"/>
      <w:lvlText w:val="%5."/>
      <w:lvlJc w:val="left"/>
      <w:pPr>
        <w:ind w:left="4371" w:hanging="360"/>
      </w:pPr>
    </w:lvl>
    <w:lvl w:ilvl="5" w:tplc="0409001B" w:tentative="1">
      <w:start w:val="1"/>
      <w:numFmt w:val="lowerRoman"/>
      <w:lvlText w:val="%6."/>
      <w:lvlJc w:val="right"/>
      <w:pPr>
        <w:ind w:left="5091" w:hanging="180"/>
      </w:pPr>
    </w:lvl>
    <w:lvl w:ilvl="6" w:tplc="0409000F" w:tentative="1">
      <w:start w:val="1"/>
      <w:numFmt w:val="decimal"/>
      <w:lvlText w:val="%7."/>
      <w:lvlJc w:val="left"/>
      <w:pPr>
        <w:ind w:left="5811" w:hanging="360"/>
      </w:pPr>
    </w:lvl>
    <w:lvl w:ilvl="7" w:tplc="04090019" w:tentative="1">
      <w:start w:val="1"/>
      <w:numFmt w:val="lowerLetter"/>
      <w:lvlText w:val="%8."/>
      <w:lvlJc w:val="left"/>
      <w:pPr>
        <w:ind w:left="6531" w:hanging="360"/>
      </w:pPr>
    </w:lvl>
    <w:lvl w:ilvl="8" w:tplc="0409001B" w:tentative="1">
      <w:start w:val="1"/>
      <w:numFmt w:val="lowerRoman"/>
      <w:lvlText w:val="%9."/>
      <w:lvlJc w:val="right"/>
      <w:pPr>
        <w:ind w:left="7251" w:hanging="180"/>
      </w:pPr>
    </w:lvl>
  </w:abstractNum>
  <w:abstractNum w:abstractNumId="32" w15:restartNumberingAfterBreak="0">
    <w:nsid w:val="54297B94"/>
    <w:multiLevelType w:val="hybridMultilevel"/>
    <w:tmpl w:val="7D20A6A2"/>
    <w:lvl w:ilvl="0" w:tplc="FFFFFFFF">
      <w:start w:val="1"/>
      <w:numFmt w:val="upperLetter"/>
      <w:lvlText w:val="%1."/>
      <w:lvlJc w:val="left"/>
      <w:pPr>
        <w:ind w:left="960" w:hanging="360"/>
      </w:pPr>
    </w:lvl>
    <w:lvl w:ilvl="1" w:tplc="FFFFFFFF">
      <w:start w:val="1"/>
      <w:numFmt w:val="lowerLetter"/>
      <w:lvlText w:val="%2."/>
      <w:lvlJc w:val="left"/>
      <w:pPr>
        <w:ind w:left="1680" w:hanging="360"/>
      </w:pPr>
    </w:lvl>
    <w:lvl w:ilvl="2" w:tplc="FFFFFFFF" w:tentative="1">
      <w:start w:val="1"/>
      <w:numFmt w:val="lowerRoman"/>
      <w:lvlText w:val="%3."/>
      <w:lvlJc w:val="right"/>
      <w:pPr>
        <w:ind w:left="2400" w:hanging="180"/>
      </w:pPr>
    </w:lvl>
    <w:lvl w:ilvl="3" w:tplc="FFFFFFFF" w:tentative="1">
      <w:start w:val="1"/>
      <w:numFmt w:val="decimal"/>
      <w:lvlText w:val="%4."/>
      <w:lvlJc w:val="left"/>
      <w:pPr>
        <w:ind w:left="3120" w:hanging="360"/>
      </w:pPr>
    </w:lvl>
    <w:lvl w:ilvl="4" w:tplc="FFFFFFFF" w:tentative="1">
      <w:start w:val="1"/>
      <w:numFmt w:val="lowerLetter"/>
      <w:lvlText w:val="%5."/>
      <w:lvlJc w:val="left"/>
      <w:pPr>
        <w:ind w:left="3840" w:hanging="360"/>
      </w:pPr>
    </w:lvl>
    <w:lvl w:ilvl="5" w:tplc="FFFFFFFF" w:tentative="1">
      <w:start w:val="1"/>
      <w:numFmt w:val="lowerRoman"/>
      <w:lvlText w:val="%6."/>
      <w:lvlJc w:val="right"/>
      <w:pPr>
        <w:ind w:left="4560" w:hanging="180"/>
      </w:pPr>
    </w:lvl>
    <w:lvl w:ilvl="6" w:tplc="FFFFFFFF" w:tentative="1">
      <w:start w:val="1"/>
      <w:numFmt w:val="decimal"/>
      <w:lvlText w:val="%7."/>
      <w:lvlJc w:val="left"/>
      <w:pPr>
        <w:ind w:left="5280" w:hanging="360"/>
      </w:pPr>
    </w:lvl>
    <w:lvl w:ilvl="7" w:tplc="FFFFFFFF" w:tentative="1">
      <w:start w:val="1"/>
      <w:numFmt w:val="lowerLetter"/>
      <w:lvlText w:val="%8."/>
      <w:lvlJc w:val="left"/>
      <w:pPr>
        <w:ind w:left="6000" w:hanging="360"/>
      </w:pPr>
    </w:lvl>
    <w:lvl w:ilvl="8" w:tplc="FFFFFFFF" w:tentative="1">
      <w:start w:val="1"/>
      <w:numFmt w:val="lowerRoman"/>
      <w:lvlText w:val="%9."/>
      <w:lvlJc w:val="right"/>
      <w:pPr>
        <w:ind w:left="6720" w:hanging="180"/>
      </w:pPr>
    </w:lvl>
  </w:abstractNum>
  <w:abstractNum w:abstractNumId="33" w15:restartNumberingAfterBreak="0">
    <w:nsid w:val="58770D75"/>
    <w:multiLevelType w:val="hybridMultilevel"/>
    <w:tmpl w:val="7D20A6A2"/>
    <w:lvl w:ilvl="0" w:tplc="FFFFFFFF">
      <w:start w:val="1"/>
      <w:numFmt w:val="upperLetter"/>
      <w:lvlText w:val="%1."/>
      <w:lvlJc w:val="left"/>
      <w:pPr>
        <w:ind w:left="960" w:hanging="360"/>
      </w:pPr>
    </w:lvl>
    <w:lvl w:ilvl="1" w:tplc="FFFFFFFF">
      <w:start w:val="1"/>
      <w:numFmt w:val="lowerLetter"/>
      <w:lvlText w:val="%2."/>
      <w:lvlJc w:val="left"/>
      <w:pPr>
        <w:ind w:left="1680" w:hanging="360"/>
      </w:pPr>
    </w:lvl>
    <w:lvl w:ilvl="2" w:tplc="FFFFFFFF" w:tentative="1">
      <w:start w:val="1"/>
      <w:numFmt w:val="lowerRoman"/>
      <w:lvlText w:val="%3."/>
      <w:lvlJc w:val="right"/>
      <w:pPr>
        <w:ind w:left="2400" w:hanging="180"/>
      </w:pPr>
    </w:lvl>
    <w:lvl w:ilvl="3" w:tplc="FFFFFFFF" w:tentative="1">
      <w:start w:val="1"/>
      <w:numFmt w:val="decimal"/>
      <w:lvlText w:val="%4."/>
      <w:lvlJc w:val="left"/>
      <w:pPr>
        <w:ind w:left="3120" w:hanging="360"/>
      </w:pPr>
    </w:lvl>
    <w:lvl w:ilvl="4" w:tplc="FFFFFFFF" w:tentative="1">
      <w:start w:val="1"/>
      <w:numFmt w:val="lowerLetter"/>
      <w:lvlText w:val="%5."/>
      <w:lvlJc w:val="left"/>
      <w:pPr>
        <w:ind w:left="3840" w:hanging="360"/>
      </w:pPr>
    </w:lvl>
    <w:lvl w:ilvl="5" w:tplc="FFFFFFFF" w:tentative="1">
      <w:start w:val="1"/>
      <w:numFmt w:val="lowerRoman"/>
      <w:lvlText w:val="%6."/>
      <w:lvlJc w:val="right"/>
      <w:pPr>
        <w:ind w:left="4560" w:hanging="180"/>
      </w:pPr>
    </w:lvl>
    <w:lvl w:ilvl="6" w:tplc="FFFFFFFF" w:tentative="1">
      <w:start w:val="1"/>
      <w:numFmt w:val="decimal"/>
      <w:lvlText w:val="%7."/>
      <w:lvlJc w:val="left"/>
      <w:pPr>
        <w:ind w:left="5280" w:hanging="360"/>
      </w:pPr>
    </w:lvl>
    <w:lvl w:ilvl="7" w:tplc="FFFFFFFF" w:tentative="1">
      <w:start w:val="1"/>
      <w:numFmt w:val="lowerLetter"/>
      <w:lvlText w:val="%8."/>
      <w:lvlJc w:val="left"/>
      <w:pPr>
        <w:ind w:left="6000" w:hanging="360"/>
      </w:pPr>
    </w:lvl>
    <w:lvl w:ilvl="8" w:tplc="FFFFFFFF" w:tentative="1">
      <w:start w:val="1"/>
      <w:numFmt w:val="lowerRoman"/>
      <w:lvlText w:val="%9."/>
      <w:lvlJc w:val="right"/>
      <w:pPr>
        <w:ind w:left="6720" w:hanging="180"/>
      </w:pPr>
    </w:lvl>
  </w:abstractNum>
  <w:abstractNum w:abstractNumId="34" w15:restartNumberingAfterBreak="0">
    <w:nsid w:val="5DA138F2"/>
    <w:multiLevelType w:val="hybridMultilevel"/>
    <w:tmpl w:val="DD8CF5AC"/>
    <w:lvl w:ilvl="0" w:tplc="FFFFFFFF">
      <w:start w:val="1"/>
      <w:numFmt w:val="upperLetter"/>
      <w:lvlText w:val="%1."/>
      <w:lvlJc w:val="left"/>
      <w:pPr>
        <w:ind w:left="1491" w:hanging="360"/>
      </w:pPr>
    </w:lvl>
    <w:lvl w:ilvl="1" w:tplc="FFFFFFFF">
      <w:start w:val="1"/>
      <w:numFmt w:val="lowerLetter"/>
      <w:lvlText w:val="%2."/>
      <w:lvlJc w:val="left"/>
      <w:pPr>
        <w:ind w:left="2211" w:hanging="360"/>
      </w:pPr>
    </w:lvl>
    <w:lvl w:ilvl="2" w:tplc="FFFFFFFF" w:tentative="1">
      <w:start w:val="1"/>
      <w:numFmt w:val="lowerRoman"/>
      <w:lvlText w:val="%3."/>
      <w:lvlJc w:val="right"/>
      <w:pPr>
        <w:ind w:left="2931" w:hanging="180"/>
      </w:pPr>
    </w:lvl>
    <w:lvl w:ilvl="3" w:tplc="FFFFFFFF" w:tentative="1">
      <w:start w:val="1"/>
      <w:numFmt w:val="decimal"/>
      <w:lvlText w:val="%4."/>
      <w:lvlJc w:val="left"/>
      <w:pPr>
        <w:ind w:left="3651" w:hanging="360"/>
      </w:pPr>
    </w:lvl>
    <w:lvl w:ilvl="4" w:tplc="FFFFFFFF" w:tentative="1">
      <w:start w:val="1"/>
      <w:numFmt w:val="lowerLetter"/>
      <w:lvlText w:val="%5."/>
      <w:lvlJc w:val="left"/>
      <w:pPr>
        <w:ind w:left="4371" w:hanging="360"/>
      </w:pPr>
    </w:lvl>
    <w:lvl w:ilvl="5" w:tplc="FFFFFFFF" w:tentative="1">
      <w:start w:val="1"/>
      <w:numFmt w:val="lowerRoman"/>
      <w:lvlText w:val="%6."/>
      <w:lvlJc w:val="right"/>
      <w:pPr>
        <w:ind w:left="5091" w:hanging="180"/>
      </w:pPr>
    </w:lvl>
    <w:lvl w:ilvl="6" w:tplc="FFFFFFFF" w:tentative="1">
      <w:start w:val="1"/>
      <w:numFmt w:val="decimal"/>
      <w:lvlText w:val="%7."/>
      <w:lvlJc w:val="left"/>
      <w:pPr>
        <w:ind w:left="5811" w:hanging="360"/>
      </w:pPr>
    </w:lvl>
    <w:lvl w:ilvl="7" w:tplc="FFFFFFFF" w:tentative="1">
      <w:start w:val="1"/>
      <w:numFmt w:val="lowerLetter"/>
      <w:lvlText w:val="%8."/>
      <w:lvlJc w:val="left"/>
      <w:pPr>
        <w:ind w:left="6531" w:hanging="360"/>
      </w:pPr>
    </w:lvl>
    <w:lvl w:ilvl="8" w:tplc="FFFFFFFF" w:tentative="1">
      <w:start w:val="1"/>
      <w:numFmt w:val="lowerRoman"/>
      <w:lvlText w:val="%9."/>
      <w:lvlJc w:val="right"/>
      <w:pPr>
        <w:ind w:left="7251" w:hanging="180"/>
      </w:pPr>
    </w:lvl>
  </w:abstractNum>
  <w:abstractNum w:abstractNumId="35" w15:restartNumberingAfterBreak="0">
    <w:nsid w:val="5FB7325F"/>
    <w:multiLevelType w:val="hybridMultilevel"/>
    <w:tmpl w:val="23585266"/>
    <w:lvl w:ilvl="0" w:tplc="FFFFFFFF">
      <w:start w:val="1"/>
      <w:numFmt w:val="upperLetter"/>
      <w:lvlText w:val="%1."/>
      <w:lvlJc w:val="left"/>
      <w:pPr>
        <w:ind w:left="960" w:hanging="360"/>
      </w:pPr>
    </w:lvl>
    <w:lvl w:ilvl="1" w:tplc="FFFFFFFF">
      <w:start w:val="1"/>
      <w:numFmt w:val="lowerLetter"/>
      <w:lvlText w:val="%2."/>
      <w:lvlJc w:val="left"/>
      <w:pPr>
        <w:ind w:left="1680" w:hanging="360"/>
      </w:pPr>
    </w:lvl>
    <w:lvl w:ilvl="2" w:tplc="FFFFFFFF" w:tentative="1">
      <w:start w:val="1"/>
      <w:numFmt w:val="lowerRoman"/>
      <w:lvlText w:val="%3."/>
      <w:lvlJc w:val="right"/>
      <w:pPr>
        <w:ind w:left="2400" w:hanging="180"/>
      </w:pPr>
    </w:lvl>
    <w:lvl w:ilvl="3" w:tplc="FFFFFFFF" w:tentative="1">
      <w:start w:val="1"/>
      <w:numFmt w:val="decimal"/>
      <w:lvlText w:val="%4."/>
      <w:lvlJc w:val="left"/>
      <w:pPr>
        <w:ind w:left="3120" w:hanging="360"/>
      </w:pPr>
    </w:lvl>
    <w:lvl w:ilvl="4" w:tplc="FFFFFFFF" w:tentative="1">
      <w:start w:val="1"/>
      <w:numFmt w:val="lowerLetter"/>
      <w:lvlText w:val="%5."/>
      <w:lvlJc w:val="left"/>
      <w:pPr>
        <w:ind w:left="3840" w:hanging="360"/>
      </w:pPr>
    </w:lvl>
    <w:lvl w:ilvl="5" w:tplc="FFFFFFFF" w:tentative="1">
      <w:start w:val="1"/>
      <w:numFmt w:val="lowerRoman"/>
      <w:lvlText w:val="%6."/>
      <w:lvlJc w:val="right"/>
      <w:pPr>
        <w:ind w:left="4560" w:hanging="180"/>
      </w:pPr>
    </w:lvl>
    <w:lvl w:ilvl="6" w:tplc="FFFFFFFF" w:tentative="1">
      <w:start w:val="1"/>
      <w:numFmt w:val="decimal"/>
      <w:lvlText w:val="%7."/>
      <w:lvlJc w:val="left"/>
      <w:pPr>
        <w:ind w:left="5280" w:hanging="360"/>
      </w:pPr>
    </w:lvl>
    <w:lvl w:ilvl="7" w:tplc="FFFFFFFF" w:tentative="1">
      <w:start w:val="1"/>
      <w:numFmt w:val="lowerLetter"/>
      <w:lvlText w:val="%8."/>
      <w:lvlJc w:val="left"/>
      <w:pPr>
        <w:ind w:left="6000" w:hanging="360"/>
      </w:pPr>
    </w:lvl>
    <w:lvl w:ilvl="8" w:tplc="FFFFFFFF" w:tentative="1">
      <w:start w:val="1"/>
      <w:numFmt w:val="lowerRoman"/>
      <w:lvlText w:val="%9."/>
      <w:lvlJc w:val="right"/>
      <w:pPr>
        <w:ind w:left="6720" w:hanging="180"/>
      </w:pPr>
    </w:lvl>
  </w:abstractNum>
  <w:abstractNum w:abstractNumId="36" w15:restartNumberingAfterBreak="0">
    <w:nsid w:val="62C314F4"/>
    <w:multiLevelType w:val="hybridMultilevel"/>
    <w:tmpl w:val="7D20A6A2"/>
    <w:lvl w:ilvl="0" w:tplc="FFFFFFFF">
      <w:start w:val="1"/>
      <w:numFmt w:val="upperLetter"/>
      <w:lvlText w:val="%1."/>
      <w:lvlJc w:val="left"/>
      <w:pPr>
        <w:ind w:left="960" w:hanging="360"/>
      </w:pPr>
    </w:lvl>
    <w:lvl w:ilvl="1" w:tplc="FFFFFFFF">
      <w:start w:val="1"/>
      <w:numFmt w:val="lowerLetter"/>
      <w:lvlText w:val="%2."/>
      <w:lvlJc w:val="left"/>
      <w:pPr>
        <w:ind w:left="1680" w:hanging="360"/>
      </w:pPr>
    </w:lvl>
    <w:lvl w:ilvl="2" w:tplc="FFFFFFFF" w:tentative="1">
      <w:start w:val="1"/>
      <w:numFmt w:val="lowerRoman"/>
      <w:lvlText w:val="%3."/>
      <w:lvlJc w:val="right"/>
      <w:pPr>
        <w:ind w:left="2400" w:hanging="180"/>
      </w:pPr>
    </w:lvl>
    <w:lvl w:ilvl="3" w:tplc="FFFFFFFF" w:tentative="1">
      <w:start w:val="1"/>
      <w:numFmt w:val="decimal"/>
      <w:lvlText w:val="%4."/>
      <w:lvlJc w:val="left"/>
      <w:pPr>
        <w:ind w:left="3120" w:hanging="360"/>
      </w:pPr>
    </w:lvl>
    <w:lvl w:ilvl="4" w:tplc="FFFFFFFF" w:tentative="1">
      <w:start w:val="1"/>
      <w:numFmt w:val="lowerLetter"/>
      <w:lvlText w:val="%5."/>
      <w:lvlJc w:val="left"/>
      <w:pPr>
        <w:ind w:left="3840" w:hanging="360"/>
      </w:pPr>
    </w:lvl>
    <w:lvl w:ilvl="5" w:tplc="FFFFFFFF" w:tentative="1">
      <w:start w:val="1"/>
      <w:numFmt w:val="lowerRoman"/>
      <w:lvlText w:val="%6."/>
      <w:lvlJc w:val="right"/>
      <w:pPr>
        <w:ind w:left="4560" w:hanging="180"/>
      </w:pPr>
    </w:lvl>
    <w:lvl w:ilvl="6" w:tplc="FFFFFFFF" w:tentative="1">
      <w:start w:val="1"/>
      <w:numFmt w:val="decimal"/>
      <w:lvlText w:val="%7."/>
      <w:lvlJc w:val="left"/>
      <w:pPr>
        <w:ind w:left="5280" w:hanging="360"/>
      </w:pPr>
    </w:lvl>
    <w:lvl w:ilvl="7" w:tplc="FFFFFFFF" w:tentative="1">
      <w:start w:val="1"/>
      <w:numFmt w:val="lowerLetter"/>
      <w:lvlText w:val="%8."/>
      <w:lvlJc w:val="left"/>
      <w:pPr>
        <w:ind w:left="6000" w:hanging="360"/>
      </w:pPr>
    </w:lvl>
    <w:lvl w:ilvl="8" w:tplc="FFFFFFFF" w:tentative="1">
      <w:start w:val="1"/>
      <w:numFmt w:val="lowerRoman"/>
      <w:lvlText w:val="%9."/>
      <w:lvlJc w:val="right"/>
      <w:pPr>
        <w:ind w:left="6720" w:hanging="180"/>
      </w:pPr>
    </w:lvl>
  </w:abstractNum>
  <w:abstractNum w:abstractNumId="37" w15:restartNumberingAfterBreak="0">
    <w:nsid w:val="65E25236"/>
    <w:multiLevelType w:val="hybridMultilevel"/>
    <w:tmpl w:val="7D20A6A2"/>
    <w:lvl w:ilvl="0" w:tplc="FFFFFFFF">
      <w:start w:val="1"/>
      <w:numFmt w:val="upperLetter"/>
      <w:lvlText w:val="%1."/>
      <w:lvlJc w:val="left"/>
      <w:pPr>
        <w:ind w:left="960" w:hanging="360"/>
      </w:pPr>
    </w:lvl>
    <w:lvl w:ilvl="1" w:tplc="FFFFFFFF">
      <w:start w:val="1"/>
      <w:numFmt w:val="lowerLetter"/>
      <w:lvlText w:val="%2."/>
      <w:lvlJc w:val="left"/>
      <w:pPr>
        <w:ind w:left="1680" w:hanging="360"/>
      </w:pPr>
    </w:lvl>
    <w:lvl w:ilvl="2" w:tplc="FFFFFFFF" w:tentative="1">
      <w:start w:val="1"/>
      <w:numFmt w:val="lowerRoman"/>
      <w:lvlText w:val="%3."/>
      <w:lvlJc w:val="right"/>
      <w:pPr>
        <w:ind w:left="2400" w:hanging="180"/>
      </w:pPr>
    </w:lvl>
    <w:lvl w:ilvl="3" w:tplc="FFFFFFFF" w:tentative="1">
      <w:start w:val="1"/>
      <w:numFmt w:val="decimal"/>
      <w:lvlText w:val="%4."/>
      <w:lvlJc w:val="left"/>
      <w:pPr>
        <w:ind w:left="3120" w:hanging="360"/>
      </w:pPr>
    </w:lvl>
    <w:lvl w:ilvl="4" w:tplc="FFFFFFFF" w:tentative="1">
      <w:start w:val="1"/>
      <w:numFmt w:val="lowerLetter"/>
      <w:lvlText w:val="%5."/>
      <w:lvlJc w:val="left"/>
      <w:pPr>
        <w:ind w:left="3840" w:hanging="360"/>
      </w:pPr>
    </w:lvl>
    <w:lvl w:ilvl="5" w:tplc="FFFFFFFF" w:tentative="1">
      <w:start w:val="1"/>
      <w:numFmt w:val="lowerRoman"/>
      <w:lvlText w:val="%6."/>
      <w:lvlJc w:val="right"/>
      <w:pPr>
        <w:ind w:left="4560" w:hanging="180"/>
      </w:pPr>
    </w:lvl>
    <w:lvl w:ilvl="6" w:tplc="FFFFFFFF" w:tentative="1">
      <w:start w:val="1"/>
      <w:numFmt w:val="decimal"/>
      <w:lvlText w:val="%7."/>
      <w:lvlJc w:val="left"/>
      <w:pPr>
        <w:ind w:left="5280" w:hanging="360"/>
      </w:pPr>
    </w:lvl>
    <w:lvl w:ilvl="7" w:tplc="FFFFFFFF" w:tentative="1">
      <w:start w:val="1"/>
      <w:numFmt w:val="lowerLetter"/>
      <w:lvlText w:val="%8."/>
      <w:lvlJc w:val="left"/>
      <w:pPr>
        <w:ind w:left="6000" w:hanging="360"/>
      </w:pPr>
    </w:lvl>
    <w:lvl w:ilvl="8" w:tplc="FFFFFFFF" w:tentative="1">
      <w:start w:val="1"/>
      <w:numFmt w:val="lowerRoman"/>
      <w:lvlText w:val="%9."/>
      <w:lvlJc w:val="right"/>
      <w:pPr>
        <w:ind w:left="6720" w:hanging="180"/>
      </w:pPr>
    </w:lvl>
  </w:abstractNum>
  <w:abstractNum w:abstractNumId="38" w15:restartNumberingAfterBreak="0">
    <w:nsid w:val="6A0761B4"/>
    <w:multiLevelType w:val="hybridMultilevel"/>
    <w:tmpl w:val="F3164586"/>
    <w:lvl w:ilvl="0" w:tplc="FFFFFFFF">
      <w:start w:val="1"/>
      <w:numFmt w:val="upperLetter"/>
      <w:lvlText w:val="%1."/>
      <w:lvlJc w:val="left"/>
      <w:pPr>
        <w:ind w:left="960" w:hanging="360"/>
      </w:pPr>
    </w:lvl>
    <w:lvl w:ilvl="1" w:tplc="0409000F">
      <w:start w:val="1"/>
      <w:numFmt w:val="decimal"/>
      <w:lvlText w:val="%2."/>
      <w:lvlJc w:val="left"/>
      <w:pPr>
        <w:ind w:left="1680" w:hanging="360"/>
      </w:pPr>
    </w:lvl>
    <w:lvl w:ilvl="2" w:tplc="FFFFFFFF" w:tentative="1">
      <w:start w:val="1"/>
      <w:numFmt w:val="lowerRoman"/>
      <w:lvlText w:val="%3."/>
      <w:lvlJc w:val="right"/>
      <w:pPr>
        <w:ind w:left="2400" w:hanging="180"/>
      </w:pPr>
    </w:lvl>
    <w:lvl w:ilvl="3" w:tplc="FFFFFFFF" w:tentative="1">
      <w:start w:val="1"/>
      <w:numFmt w:val="decimal"/>
      <w:lvlText w:val="%4."/>
      <w:lvlJc w:val="left"/>
      <w:pPr>
        <w:ind w:left="3120" w:hanging="360"/>
      </w:pPr>
    </w:lvl>
    <w:lvl w:ilvl="4" w:tplc="FFFFFFFF" w:tentative="1">
      <w:start w:val="1"/>
      <w:numFmt w:val="lowerLetter"/>
      <w:lvlText w:val="%5."/>
      <w:lvlJc w:val="left"/>
      <w:pPr>
        <w:ind w:left="3840" w:hanging="360"/>
      </w:pPr>
    </w:lvl>
    <w:lvl w:ilvl="5" w:tplc="FFFFFFFF" w:tentative="1">
      <w:start w:val="1"/>
      <w:numFmt w:val="lowerRoman"/>
      <w:lvlText w:val="%6."/>
      <w:lvlJc w:val="right"/>
      <w:pPr>
        <w:ind w:left="4560" w:hanging="180"/>
      </w:pPr>
    </w:lvl>
    <w:lvl w:ilvl="6" w:tplc="FFFFFFFF" w:tentative="1">
      <w:start w:val="1"/>
      <w:numFmt w:val="decimal"/>
      <w:lvlText w:val="%7."/>
      <w:lvlJc w:val="left"/>
      <w:pPr>
        <w:ind w:left="5280" w:hanging="360"/>
      </w:pPr>
    </w:lvl>
    <w:lvl w:ilvl="7" w:tplc="FFFFFFFF" w:tentative="1">
      <w:start w:val="1"/>
      <w:numFmt w:val="lowerLetter"/>
      <w:lvlText w:val="%8."/>
      <w:lvlJc w:val="left"/>
      <w:pPr>
        <w:ind w:left="6000" w:hanging="360"/>
      </w:pPr>
    </w:lvl>
    <w:lvl w:ilvl="8" w:tplc="FFFFFFFF" w:tentative="1">
      <w:start w:val="1"/>
      <w:numFmt w:val="lowerRoman"/>
      <w:lvlText w:val="%9."/>
      <w:lvlJc w:val="right"/>
      <w:pPr>
        <w:ind w:left="6720" w:hanging="180"/>
      </w:pPr>
    </w:lvl>
  </w:abstractNum>
  <w:abstractNum w:abstractNumId="39" w15:restartNumberingAfterBreak="0">
    <w:nsid w:val="6AB86975"/>
    <w:multiLevelType w:val="hybridMultilevel"/>
    <w:tmpl w:val="7BC0E5C6"/>
    <w:lvl w:ilvl="0" w:tplc="0409000F">
      <w:start w:val="1"/>
      <w:numFmt w:val="decimal"/>
      <w:lvlText w:val="%1."/>
      <w:lvlJc w:val="left"/>
      <w:pPr>
        <w:ind w:left="1320" w:hanging="360"/>
      </w:pPr>
    </w:lvl>
    <w:lvl w:ilvl="1" w:tplc="FFFFFFFF">
      <w:start w:val="1"/>
      <w:numFmt w:val="lowerLetter"/>
      <w:lvlText w:val="%2."/>
      <w:lvlJc w:val="left"/>
      <w:pPr>
        <w:ind w:left="2040" w:hanging="360"/>
      </w:pPr>
    </w:lvl>
    <w:lvl w:ilvl="2" w:tplc="FFFFFFFF" w:tentative="1">
      <w:start w:val="1"/>
      <w:numFmt w:val="lowerRoman"/>
      <w:lvlText w:val="%3."/>
      <w:lvlJc w:val="right"/>
      <w:pPr>
        <w:ind w:left="2760" w:hanging="180"/>
      </w:pPr>
    </w:lvl>
    <w:lvl w:ilvl="3" w:tplc="FFFFFFFF" w:tentative="1">
      <w:start w:val="1"/>
      <w:numFmt w:val="decimal"/>
      <w:lvlText w:val="%4."/>
      <w:lvlJc w:val="left"/>
      <w:pPr>
        <w:ind w:left="3480" w:hanging="360"/>
      </w:pPr>
    </w:lvl>
    <w:lvl w:ilvl="4" w:tplc="FFFFFFFF" w:tentative="1">
      <w:start w:val="1"/>
      <w:numFmt w:val="lowerLetter"/>
      <w:lvlText w:val="%5."/>
      <w:lvlJc w:val="left"/>
      <w:pPr>
        <w:ind w:left="4200" w:hanging="360"/>
      </w:pPr>
    </w:lvl>
    <w:lvl w:ilvl="5" w:tplc="FFFFFFFF" w:tentative="1">
      <w:start w:val="1"/>
      <w:numFmt w:val="lowerRoman"/>
      <w:lvlText w:val="%6."/>
      <w:lvlJc w:val="right"/>
      <w:pPr>
        <w:ind w:left="4920" w:hanging="180"/>
      </w:pPr>
    </w:lvl>
    <w:lvl w:ilvl="6" w:tplc="FFFFFFFF" w:tentative="1">
      <w:start w:val="1"/>
      <w:numFmt w:val="decimal"/>
      <w:lvlText w:val="%7."/>
      <w:lvlJc w:val="left"/>
      <w:pPr>
        <w:ind w:left="5640" w:hanging="360"/>
      </w:pPr>
    </w:lvl>
    <w:lvl w:ilvl="7" w:tplc="FFFFFFFF" w:tentative="1">
      <w:start w:val="1"/>
      <w:numFmt w:val="lowerLetter"/>
      <w:lvlText w:val="%8."/>
      <w:lvlJc w:val="left"/>
      <w:pPr>
        <w:ind w:left="6360" w:hanging="360"/>
      </w:pPr>
    </w:lvl>
    <w:lvl w:ilvl="8" w:tplc="FFFFFFFF" w:tentative="1">
      <w:start w:val="1"/>
      <w:numFmt w:val="lowerRoman"/>
      <w:lvlText w:val="%9."/>
      <w:lvlJc w:val="right"/>
      <w:pPr>
        <w:ind w:left="7080" w:hanging="180"/>
      </w:pPr>
    </w:lvl>
  </w:abstractNum>
  <w:abstractNum w:abstractNumId="40" w15:restartNumberingAfterBreak="0">
    <w:nsid w:val="73F671CB"/>
    <w:multiLevelType w:val="hybridMultilevel"/>
    <w:tmpl w:val="23585266"/>
    <w:lvl w:ilvl="0" w:tplc="FFFFFFFF">
      <w:start w:val="1"/>
      <w:numFmt w:val="upperLetter"/>
      <w:lvlText w:val="%1."/>
      <w:lvlJc w:val="left"/>
      <w:pPr>
        <w:ind w:left="960" w:hanging="360"/>
      </w:pPr>
    </w:lvl>
    <w:lvl w:ilvl="1" w:tplc="FFFFFFFF">
      <w:start w:val="1"/>
      <w:numFmt w:val="lowerLetter"/>
      <w:lvlText w:val="%2."/>
      <w:lvlJc w:val="left"/>
      <w:pPr>
        <w:ind w:left="1680" w:hanging="360"/>
      </w:pPr>
    </w:lvl>
    <w:lvl w:ilvl="2" w:tplc="FFFFFFFF" w:tentative="1">
      <w:start w:val="1"/>
      <w:numFmt w:val="lowerRoman"/>
      <w:lvlText w:val="%3."/>
      <w:lvlJc w:val="right"/>
      <w:pPr>
        <w:ind w:left="2400" w:hanging="180"/>
      </w:pPr>
    </w:lvl>
    <w:lvl w:ilvl="3" w:tplc="FFFFFFFF" w:tentative="1">
      <w:start w:val="1"/>
      <w:numFmt w:val="decimal"/>
      <w:lvlText w:val="%4."/>
      <w:lvlJc w:val="left"/>
      <w:pPr>
        <w:ind w:left="3120" w:hanging="360"/>
      </w:pPr>
    </w:lvl>
    <w:lvl w:ilvl="4" w:tplc="FFFFFFFF" w:tentative="1">
      <w:start w:val="1"/>
      <w:numFmt w:val="lowerLetter"/>
      <w:lvlText w:val="%5."/>
      <w:lvlJc w:val="left"/>
      <w:pPr>
        <w:ind w:left="3840" w:hanging="360"/>
      </w:pPr>
    </w:lvl>
    <w:lvl w:ilvl="5" w:tplc="FFFFFFFF" w:tentative="1">
      <w:start w:val="1"/>
      <w:numFmt w:val="lowerRoman"/>
      <w:lvlText w:val="%6."/>
      <w:lvlJc w:val="right"/>
      <w:pPr>
        <w:ind w:left="4560" w:hanging="180"/>
      </w:pPr>
    </w:lvl>
    <w:lvl w:ilvl="6" w:tplc="FFFFFFFF" w:tentative="1">
      <w:start w:val="1"/>
      <w:numFmt w:val="decimal"/>
      <w:lvlText w:val="%7."/>
      <w:lvlJc w:val="left"/>
      <w:pPr>
        <w:ind w:left="5280" w:hanging="360"/>
      </w:pPr>
    </w:lvl>
    <w:lvl w:ilvl="7" w:tplc="FFFFFFFF" w:tentative="1">
      <w:start w:val="1"/>
      <w:numFmt w:val="lowerLetter"/>
      <w:lvlText w:val="%8."/>
      <w:lvlJc w:val="left"/>
      <w:pPr>
        <w:ind w:left="6000" w:hanging="360"/>
      </w:pPr>
    </w:lvl>
    <w:lvl w:ilvl="8" w:tplc="FFFFFFFF" w:tentative="1">
      <w:start w:val="1"/>
      <w:numFmt w:val="lowerRoman"/>
      <w:lvlText w:val="%9."/>
      <w:lvlJc w:val="right"/>
      <w:pPr>
        <w:ind w:left="6720" w:hanging="180"/>
      </w:pPr>
    </w:lvl>
  </w:abstractNum>
  <w:abstractNum w:abstractNumId="41" w15:restartNumberingAfterBreak="0">
    <w:nsid w:val="766F5D1F"/>
    <w:multiLevelType w:val="hybridMultilevel"/>
    <w:tmpl w:val="DF927138"/>
    <w:lvl w:ilvl="0" w:tplc="FFFFFFFF">
      <w:start w:val="1"/>
      <w:numFmt w:val="upperLetter"/>
      <w:lvlText w:val="%1."/>
      <w:lvlJc w:val="left"/>
      <w:pPr>
        <w:ind w:left="1491" w:hanging="360"/>
      </w:pPr>
    </w:lvl>
    <w:lvl w:ilvl="1" w:tplc="FFFFFFFF">
      <w:start w:val="1"/>
      <w:numFmt w:val="lowerLetter"/>
      <w:lvlText w:val="%2."/>
      <w:lvlJc w:val="left"/>
      <w:pPr>
        <w:ind w:left="2211" w:hanging="360"/>
      </w:pPr>
    </w:lvl>
    <w:lvl w:ilvl="2" w:tplc="FFFFFFFF" w:tentative="1">
      <w:start w:val="1"/>
      <w:numFmt w:val="lowerRoman"/>
      <w:lvlText w:val="%3."/>
      <w:lvlJc w:val="right"/>
      <w:pPr>
        <w:ind w:left="2931" w:hanging="180"/>
      </w:pPr>
    </w:lvl>
    <w:lvl w:ilvl="3" w:tplc="FFFFFFFF" w:tentative="1">
      <w:start w:val="1"/>
      <w:numFmt w:val="decimal"/>
      <w:lvlText w:val="%4."/>
      <w:lvlJc w:val="left"/>
      <w:pPr>
        <w:ind w:left="3651" w:hanging="360"/>
      </w:pPr>
    </w:lvl>
    <w:lvl w:ilvl="4" w:tplc="FFFFFFFF" w:tentative="1">
      <w:start w:val="1"/>
      <w:numFmt w:val="lowerLetter"/>
      <w:lvlText w:val="%5."/>
      <w:lvlJc w:val="left"/>
      <w:pPr>
        <w:ind w:left="4371" w:hanging="360"/>
      </w:pPr>
    </w:lvl>
    <w:lvl w:ilvl="5" w:tplc="FFFFFFFF" w:tentative="1">
      <w:start w:val="1"/>
      <w:numFmt w:val="lowerRoman"/>
      <w:lvlText w:val="%6."/>
      <w:lvlJc w:val="right"/>
      <w:pPr>
        <w:ind w:left="5091" w:hanging="180"/>
      </w:pPr>
    </w:lvl>
    <w:lvl w:ilvl="6" w:tplc="FFFFFFFF" w:tentative="1">
      <w:start w:val="1"/>
      <w:numFmt w:val="decimal"/>
      <w:lvlText w:val="%7."/>
      <w:lvlJc w:val="left"/>
      <w:pPr>
        <w:ind w:left="5811" w:hanging="360"/>
      </w:pPr>
    </w:lvl>
    <w:lvl w:ilvl="7" w:tplc="FFFFFFFF" w:tentative="1">
      <w:start w:val="1"/>
      <w:numFmt w:val="lowerLetter"/>
      <w:lvlText w:val="%8."/>
      <w:lvlJc w:val="left"/>
      <w:pPr>
        <w:ind w:left="6531" w:hanging="360"/>
      </w:pPr>
    </w:lvl>
    <w:lvl w:ilvl="8" w:tplc="FFFFFFFF" w:tentative="1">
      <w:start w:val="1"/>
      <w:numFmt w:val="lowerRoman"/>
      <w:lvlText w:val="%9."/>
      <w:lvlJc w:val="right"/>
      <w:pPr>
        <w:ind w:left="7251" w:hanging="180"/>
      </w:pPr>
    </w:lvl>
  </w:abstractNum>
  <w:abstractNum w:abstractNumId="42" w15:restartNumberingAfterBreak="0">
    <w:nsid w:val="7B1E7557"/>
    <w:multiLevelType w:val="hybridMultilevel"/>
    <w:tmpl w:val="DD8CF5AC"/>
    <w:lvl w:ilvl="0" w:tplc="04090015">
      <w:start w:val="1"/>
      <w:numFmt w:val="upperLetter"/>
      <w:lvlText w:val="%1."/>
      <w:lvlJc w:val="left"/>
      <w:pPr>
        <w:ind w:left="1491" w:hanging="360"/>
      </w:pPr>
    </w:lvl>
    <w:lvl w:ilvl="1" w:tplc="04090019" w:tentative="1">
      <w:start w:val="1"/>
      <w:numFmt w:val="lowerLetter"/>
      <w:lvlText w:val="%2."/>
      <w:lvlJc w:val="left"/>
      <w:pPr>
        <w:ind w:left="2211" w:hanging="360"/>
      </w:pPr>
    </w:lvl>
    <w:lvl w:ilvl="2" w:tplc="0409001B" w:tentative="1">
      <w:start w:val="1"/>
      <w:numFmt w:val="lowerRoman"/>
      <w:lvlText w:val="%3."/>
      <w:lvlJc w:val="right"/>
      <w:pPr>
        <w:ind w:left="2931" w:hanging="180"/>
      </w:pPr>
    </w:lvl>
    <w:lvl w:ilvl="3" w:tplc="0409000F" w:tentative="1">
      <w:start w:val="1"/>
      <w:numFmt w:val="decimal"/>
      <w:lvlText w:val="%4."/>
      <w:lvlJc w:val="left"/>
      <w:pPr>
        <w:ind w:left="3651" w:hanging="360"/>
      </w:pPr>
    </w:lvl>
    <w:lvl w:ilvl="4" w:tplc="04090019" w:tentative="1">
      <w:start w:val="1"/>
      <w:numFmt w:val="lowerLetter"/>
      <w:lvlText w:val="%5."/>
      <w:lvlJc w:val="left"/>
      <w:pPr>
        <w:ind w:left="4371" w:hanging="360"/>
      </w:pPr>
    </w:lvl>
    <w:lvl w:ilvl="5" w:tplc="0409001B" w:tentative="1">
      <w:start w:val="1"/>
      <w:numFmt w:val="lowerRoman"/>
      <w:lvlText w:val="%6."/>
      <w:lvlJc w:val="right"/>
      <w:pPr>
        <w:ind w:left="5091" w:hanging="180"/>
      </w:pPr>
    </w:lvl>
    <w:lvl w:ilvl="6" w:tplc="0409000F" w:tentative="1">
      <w:start w:val="1"/>
      <w:numFmt w:val="decimal"/>
      <w:lvlText w:val="%7."/>
      <w:lvlJc w:val="left"/>
      <w:pPr>
        <w:ind w:left="5811" w:hanging="360"/>
      </w:pPr>
    </w:lvl>
    <w:lvl w:ilvl="7" w:tplc="04090019" w:tentative="1">
      <w:start w:val="1"/>
      <w:numFmt w:val="lowerLetter"/>
      <w:lvlText w:val="%8."/>
      <w:lvlJc w:val="left"/>
      <w:pPr>
        <w:ind w:left="6531" w:hanging="360"/>
      </w:pPr>
    </w:lvl>
    <w:lvl w:ilvl="8" w:tplc="0409001B" w:tentative="1">
      <w:start w:val="1"/>
      <w:numFmt w:val="lowerRoman"/>
      <w:lvlText w:val="%9."/>
      <w:lvlJc w:val="right"/>
      <w:pPr>
        <w:ind w:left="7251" w:hanging="180"/>
      </w:pPr>
    </w:lvl>
  </w:abstractNum>
  <w:abstractNum w:abstractNumId="43" w15:restartNumberingAfterBreak="0">
    <w:nsid w:val="7C4F3D58"/>
    <w:multiLevelType w:val="hybridMultilevel"/>
    <w:tmpl w:val="7D20A6A2"/>
    <w:lvl w:ilvl="0" w:tplc="FFFFFFFF">
      <w:start w:val="1"/>
      <w:numFmt w:val="upperLetter"/>
      <w:lvlText w:val="%1."/>
      <w:lvlJc w:val="left"/>
      <w:pPr>
        <w:ind w:left="960" w:hanging="360"/>
      </w:pPr>
    </w:lvl>
    <w:lvl w:ilvl="1" w:tplc="FFFFFFFF">
      <w:start w:val="1"/>
      <w:numFmt w:val="lowerLetter"/>
      <w:lvlText w:val="%2."/>
      <w:lvlJc w:val="left"/>
      <w:pPr>
        <w:ind w:left="1680" w:hanging="360"/>
      </w:pPr>
    </w:lvl>
    <w:lvl w:ilvl="2" w:tplc="FFFFFFFF" w:tentative="1">
      <w:start w:val="1"/>
      <w:numFmt w:val="lowerRoman"/>
      <w:lvlText w:val="%3."/>
      <w:lvlJc w:val="right"/>
      <w:pPr>
        <w:ind w:left="2400" w:hanging="180"/>
      </w:pPr>
    </w:lvl>
    <w:lvl w:ilvl="3" w:tplc="FFFFFFFF" w:tentative="1">
      <w:start w:val="1"/>
      <w:numFmt w:val="decimal"/>
      <w:lvlText w:val="%4."/>
      <w:lvlJc w:val="left"/>
      <w:pPr>
        <w:ind w:left="3120" w:hanging="360"/>
      </w:pPr>
    </w:lvl>
    <w:lvl w:ilvl="4" w:tplc="FFFFFFFF" w:tentative="1">
      <w:start w:val="1"/>
      <w:numFmt w:val="lowerLetter"/>
      <w:lvlText w:val="%5."/>
      <w:lvlJc w:val="left"/>
      <w:pPr>
        <w:ind w:left="3840" w:hanging="360"/>
      </w:pPr>
    </w:lvl>
    <w:lvl w:ilvl="5" w:tplc="FFFFFFFF" w:tentative="1">
      <w:start w:val="1"/>
      <w:numFmt w:val="lowerRoman"/>
      <w:lvlText w:val="%6."/>
      <w:lvlJc w:val="right"/>
      <w:pPr>
        <w:ind w:left="4560" w:hanging="180"/>
      </w:pPr>
    </w:lvl>
    <w:lvl w:ilvl="6" w:tplc="FFFFFFFF" w:tentative="1">
      <w:start w:val="1"/>
      <w:numFmt w:val="decimal"/>
      <w:lvlText w:val="%7."/>
      <w:lvlJc w:val="left"/>
      <w:pPr>
        <w:ind w:left="5280" w:hanging="360"/>
      </w:pPr>
    </w:lvl>
    <w:lvl w:ilvl="7" w:tplc="FFFFFFFF" w:tentative="1">
      <w:start w:val="1"/>
      <w:numFmt w:val="lowerLetter"/>
      <w:lvlText w:val="%8."/>
      <w:lvlJc w:val="left"/>
      <w:pPr>
        <w:ind w:left="6000" w:hanging="360"/>
      </w:pPr>
    </w:lvl>
    <w:lvl w:ilvl="8" w:tplc="FFFFFFFF" w:tentative="1">
      <w:start w:val="1"/>
      <w:numFmt w:val="lowerRoman"/>
      <w:lvlText w:val="%9."/>
      <w:lvlJc w:val="right"/>
      <w:pPr>
        <w:ind w:left="6720" w:hanging="180"/>
      </w:pPr>
    </w:lvl>
  </w:abstractNum>
  <w:abstractNum w:abstractNumId="44" w15:restartNumberingAfterBreak="0">
    <w:nsid w:val="7EB40D72"/>
    <w:multiLevelType w:val="hybridMultilevel"/>
    <w:tmpl w:val="325EBE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EBF31DF"/>
    <w:multiLevelType w:val="hybridMultilevel"/>
    <w:tmpl w:val="23585266"/>
    <w:lvl w:ilvl="0" w:tplc="FFFFFFFF">
      <w:start w:val="1"/>
      <w:numFmt w:val="upperLetter"/>
      <w:lvlText w:val="%1."/>
      <w:lvlJc w:val="left"/>
      <w:pPr>
        <w:ind w:left="960" w:hanging="360"/>
      </w:pPr>
    </w:lvl>
    <w:lvl w:ilvl="1" w:tplc="FFFFFFFF">
      <w:start w:val="1"/>
      <w:numFmt w:val="lowerLetter"/>
      <w:lvlText w:val="%2."/>
      <w:lvlJc w:val="left"/>
      <w:pPr>
        <w:ind w:left="1680" w:hanging="360"/>
      </w:pPr>
    </w:lvl>
    <w:lvl w:ilvl="2" w:tplc="FFFFFFFF" w:tentative="1">
      <w:start w:val="1"/>
      <w:numFmt w:val="lowerRoman"/>
      <w:lvlText w:val="%3."/>
      <w:lvlJc w:val="right"/>
      <w:pPr>
        <w:ind w:left="2400" w:hanging="180"/>
      </w:pPr>
    </w:lvl>
    <w:lvl w:ilvl="3" w:tplc="FFFFFFFF" w:tentative="1">
      <w:start w:val="1"/>
      <w:numFmt w:val="decimal"/>
      <w:lvlText w:val="%4."/>
      <w:lvlJc w:val="left"/>
      <w:pPr>
        <w:ind w:left="3120" w:hanging="360"/>
      </w:pPr>
    </w:lvl>
    <w:lvl w:ilvl="4" w:tplc="FFFFFFFF" w:tentative="1">
      <w:start w:val="1"/>
      <w:numFmt w:val="lowerLetter"/>
      <w:lvlText w:val="%5."/>
      <w:lvlJc w:val="left"/>
      <w:pPr>
        <w:ind w:left="3840" w:hanging="360"/>
      </w:pPr>
    </w:lvl>
    <w:lvl w:ilvl="5" w:tplc="FFFFFFFF" w:tentative="1">
      <w:start w:val="1"/>
      <w:numFmt w:val="lowerRoman"/>
      <w:lvlText w:val="%6."/>
      <w:lvlJc w:val="right"/>
      <w:pPr>
        <w:ind w:left="4560" w:hanging="180"/>
      </w:pPr>
    </w:lvl>
    <w:lvl w:ilvl="6" w:tplc="FFFFFFFF" w:tentative="1">
      <w:start w:val="1"/>
      <w:numFmt w:val="decimal"/>
      <w:lvlText w:val="%7."/>
      <w:lvlJc w:val="left"/>
      <w:pPr>
        <w:ind w:left="5280" w:hanging="360"/>
      </w:pPr>
    </w:lvl>
    <w:lvl w:ilvl="7" w:tplc="FFFFFFFF" w:tentative="1">
      <w:start w:val="1"/>
      <w:numFmt w:val="lowerLetter"/>
      <w:lvlText w:val="%8."/>
      <w:lvlJc w:val="left"/>
      <w:pPr>
        <w:ind w:left="6000" w:hanging="360"/>
      </w:pPr>
    </w:lvl>
    <w:lvl w:ilvl="8" w:tplc="FFFFFFFF" w:tentative="1">
      <w:start w:val="1"/>
      <w:numFmt w:val="lowerRoman"/>
      <w:lvlText w:val="%9."/>
      <w:lvlJc w:val="right"/>
      <w:pPr>
        <w:ind w:left="6720" w:hanging="180"/>
      </w:pPr>
    </w:lvl>
  </w:abstractNum>
  <w:num w:numId="1" w16cid:durableId="56169954">
    <w:abstractNumId w:val="8"/>
  </w:num>
  <w:num w:numId="2" w16cid:durableId="1024014574">
    <w:abstractNumId w:val="6"/>
  </w:num>
  <w:num w:numId="3" w16cid:durableId="1642732919">
    <w:abstractNumId w:val="5"/>
  </w:num>
  <w:num w:numId="4" w16cid:durableId="1959677699">
    <w:abstractNumId w:val="4"/>
  </w:num>
  <w:num w:numId="5" w16cid:durableId="2092194099">
    <w:abstractNumId w:val="7"/>
  </w:num>
  <w:num w:numId="6" w16cid:durableId="700277783">
    <w:abstractNumId w:val="3"/>
  </w:num>
  <w:num w:numId="7" w16cid:durableId="941644938">
    <w:abstractNumId w:val="2"/>
  </w:num>
  <w:num w:numId="8" w16cid:durableId="543718344">
    <w:abstractNumId w:val="1"/>
  </w:num>
  <w:num w:numId="9" w16cid:durableId="1520394830">
    <w:abstractNumId w:val="0"/>
  </w:num>
  <w:num w:numId="10" w16cid:durableId="1070543522">
    <w:abstractNumId w:val="28"/>
  </w:num>
  <w:num w:numId="11" w16cid:durableId="1565331980">
    <w:abstractNumId w:val="14"/>
  </w:num>
  <w:num w:numId="12" w16cid:durableId="1590966554">
    <w:abstractNumId w:val="27"/>
  </w:num>
  <w:num w:numId="13" w16cid:durableId="1773354205">
    <w:abstractNumId w:val="21"/>
  </w:num>
  <w:num w:numId="14" w16cid:durableId="1919169666">
    <w:abstractNumId w:val="33"/>
  </w:num>
  <w:num w:numId="15" w16cid:durableId="1840122963">
    <w:abstractNumId w:val="39"/>
  </w:num>
  <w:num w:numId="16" w16cid:durableId="716658762">
    <w:abstractNumId w:val="24"/>
  </w:num>
  <w:num w:numId="17" w16cid:durableId="767821179">
    <w:abstractNumId w:val="13"/>
  </w:num>
  <w:num w:numId="18" w16cid:durableId="322196837">
    <w:abstractNumId w:val="29"/>
  </w:num>
  <w:num w:numId="19" w16cid:durableId="1982150916">
    <w:abstractNumId w:val="36"/>
  </w:num>
  <w:num w:numId="20" w16cid:durableId="488595138">
    <w:abstractNumId w:val="32"/>
  </w:num>
  <w:num w:numId="21" w16cid:durableId="427427270">
    <w:abstractNumId w:val="43"/>
  </w:num>
  <w:num w:numId="22" w16cid:durableId="519204782">
    <w:abstractNumId w:val="37"/>
  </w:num>
  <w:num w:numId="23" w16cid:durableId="1090348426">
    <w:abstractNumId w:val="19"/>
  </w:num>
  <w:num w:numId="24" w16cid:durableId="1775975733">
    <w:abstractNumId w:val="12"/>
  </w:num>
  <w:num w:numId="25" w16cid:durableId="1663728566">
    <w:abstractNumId w:val="45"/>
  </w:num>
  <w:num w:numId="26" w16cid:durableId="837114692">
    <w:abstractNumId w:val="35"/>
  </w:num>
  <w:num w:numId="27" w16cid:durableId="1846935745">
    <w:abstractNumId w:val="11"/>
  </w:num>
  <w:num w:numId="28" w16cid:durableId="1936790962">
    <w:abstractNumId w:val="20"/>
  </w:num>
  <w:num w:numId="29" w16cid:durableId="1054306501">
    <w:abstractNumId w:val="40"/>
  </w:num>
  <w:num w:numId="30" w16cid:durableId="2077119845">
    <w:abstractNumId w:val="31"/>
  </w:num>
  <w:num w:numId="31" w16cid:durableId="419252742">
    <w:abstractNumId w:val="17"/>
  </w:num>
  <w:num w:numId="32" w16cid:durableId="536351654">
    <w:abstractNumId w:val="42"/>
  </w:num>
  <w:num w:numId="33" w16cid:durableId="616910887">
    <w:abstractNumId w:val="18"/>
  </w:num>
  <w:num w:numId="34" w16cid:durableId="881984603">
    <w:abstractNumId w:val="10"/>
  </w:num>
  <w:num w:numId="35" w16cid:durableId="561253119">
    <w:abstractNumId w:val="26"/>
  </w:num>
  <w:num w:numId="36" w16cid:durableId="1250315367">
    <w:abstractNumId w:val="34"/>
  </w:num>
  <w:num w:numId="37" w16cid:durableId="1435901326">
    <w:abstractNumId w:val="22"/>
  </w:num>
  <w:num w:numId="38" w16cid:durableId="1237978486">
    <w:abstractNumId w:val="9"/>
  </w:num>
  <w:num w:numId="39" w16cid:durableId="790133010">
    <w:abstractNumId w:val="41"/>
  </w:num>
  <w:num w:numId="40" w16cid:durableId="594755106">
    <w:abstractNumId w:val="30"/>
  </w:num>
  <w:num w:numId="41" w16cid:durableId="877935688">
    <w:abstractNumId w:val="16"/>
  </w:num>
  <w:num w:numId="42" w16cid:durableId="719671847">
    <w:abstractNumId w:val="23"/>
  </w:num>
  <w:num w:numId="43" w16cid:durableId="745689525">
    <w:abstractNumId w:val="15"/>
  </w:num>
  <w:num w:numId="44" w16cid:durableId="2039619708">
    <w:abstractNumId w:val="38"/>
  </w:num>
  <w:num w:numId="45" w16cid:durableId="1022054992">
    <w:abstractNumId w:val="44"/>
  </w:num>
  <w:num w:numId="46" w16cid:durableId="35719449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29E9"/>
    <w:rsid w:val="00034616"/>
    <w:rsid w:val="00040F32"/>
    <w:rsid w:val="00041484"/>
    <w:rsid w:val="0006063C"/>
    <w:rsid w:val="00060781"/>
    <w:rsid w:val="00072E80"/>
    <w:rsid w:val="0007698F"/>
    <w:rsid w:val="0007778D"/>
    <w:rsid w:val="00081D84"/>
    <w:rsid w:val="00090E43"/>
    <w:rsid w:val="00095650"/>
    <w:rsid w:val="000C076E"/>
    <w:rsid w:val="000C093E"/>
    <w:rsid w:val="000E0695"/>
    <w:rsid w:val="000F29A2"/>
    <w:rsid w:val="00111546"/>
    <w:rsid w:val="00117490"/>
    <w:rsid w:val="00132FF0"/>
    <w:rsid w:val="00145534"/>
    <w:rsid w:val="0015074B"/>
    <w:rsid w:val="00165A20"/>
    <w:rsid w:val="00166FEC"/>
    <w:rsid w:val="001B00A1"/>
    <w:rsid w:val="001B656F"/>
    <w:rsid w:val="001D2D60"/>
    <w:rsid w:val="002275FF"/>
    <w:rsid w:val="00232C6A"/>
    <w:rsid w:val="00251AFD"/>
    <w:rsid w:val="00283E63"/>
    <w:rsid w:val="00291520"/>
    <w:rsid w:val="0029325E"/>
    <w:rsid w:val="0029639D"/>
    <w:rsid w:val="002A6214"/>
    <w:rsid w:val="002B6719"/>
    <w:rsid w:val="002E1062"/>
    <w:rsid w:val="002F0FB3"/>
    <w:rsid w:val="00307BB9"/>
    <w:rsid w:val="00313FBD"/>
    <w:rsid w:val="00315B69"/>
    <w:rsid w:val="00315FD2"/>
    <w:rsid w:val="00320E2E"/>
    <w:rsid w:val="00325681"/>
    <w:rsid w:val="00326F90"/>
    <w:rsid w:val="003321F9"/>
    <w:rsid w:val="00346595"/>
    <w:rsid w:val="00360310"/>
    <w:rsid w:val="00371CE2"/>
    <w:rsid w:val="00381E3E"/>
    <w:rsid w:val="003B627E"/>
    <w:rsid w:val="003C0F10"/>
    <w:rsid w:val="003D3956"/>
    <w:rsid w:val="003F26DB"/>
    <w:rsid w:val="0043410A"/>
    <w:rsid w:val="00462B21"/>
    <w:rsid w:val="004717DB"/>
    <w:rsid w:val="00491650"/>
    <w:rsid w:val="00493CB5"/>
    <w:rsid w:val="00496FCE"/>
    <w:rsid w:val="004972DF"/>
    <w:rsid w:val="004C6B72"/>
    <w:rsid w:val="004D4A75"/>
    <w:rsid w:val="004E03F8"/>
    <w:rsid w:val="004F1E58"/>
    <w:rsid w:val="004F6815"/>
    <w:rsid w:val="005221B6"/>
    <w:rsid w:val="00527EDD"/>
    <w:rsid w:val="00571A85"/>
    <w:rsid w:val="00573415"/>
    <w:rsid w:val="00582660"/>
    <w:rsid w:val="00585479"/>
    <w:rsid w:val="005B2146"/>
    <w:rsid w:val="005B5027"/>
    <w:rsid w:val="005C5807"/>
    <w:rsid w:val="005D4E74"/>
    <w:rsid w:val="005E00FB"/>
    <w:rsid w:val="005E1DE7"/>
    <w:rsid w:val="005F1592"/>
    <w:rsid w:val="00602A2C"/>
    <w:rsid w:val="006166BE"/>
    <w:rsid w:val="006536CA"/>
    <w:rsid w:val="00660A5E"/>
    <w:rsid w:val="00667845"/>
    <w:rsid w:val="00687298"/>
    <w:rsid w:val="00691CED"/>
    <w:rsid w:val="0069675E"/>
    <w:rsid w:val="006A0FF7"/>
    <w:rsid w:val="006A2C19"/>
    <w:rsid w:val="006B2332"/>
    <w:rsid w:val="006B550A"/>
    <w:rsid w:val="006B597F"/>
    <w:rsid w:val="006C06B2"/>
    <w:rsid w:val="006D7EFC"/>
    <w:rsid w:val="006F0598"/>
    <w:rsid w:val="006F7CBC"/>
    <w:rsid w:val="00710FE1"/>
    <w:rsid w:val="00712D20"/>
    <w:rsid w:val="00733FEA"/>
    <w:rsid w:val="00763B3E"/>
    <w:rsid w:val="00764F85"/>
    <w:rsid w:val="00774505"/>
    <w:rsid w:val="00775922"/>
    <w:rsid w:val="0078220F"/>
    <w:rsid w:val="007B316D"/>
    <w:rsid w:val="007F4CF4"/>
    <w:rsid w:val="00800CD9"/>
    <w:rsid w:val="00812F03"/>
    <w:rsid w:val="0081516C"/>
    <w:rsid w:val="00816197"/>
    <w:rsid w:val="00817CB1"/>
    <w:rsid w:val="008344D0"/>
    <w:rsid w:val="0083782C"/>
    <w:rsid w:val="00837B3A"/>
    <w:rsid w:val="00881B0D"/>
    <w:rsid w:val="00891802"/>
    <w:rsid w:val="008A4371"/>
    <w:rsid w:val="008C7973"/>
    <w:rsid w:val="008C7EB2"/>
    <w:rsid w:val="008D139D"/>
    <w:rsid w:val="008D6613"/>
    <w:rsid w:val="00905E03"/>
    <w:rsid w:val="009126DD"/>
    <w:rsid w:val="00914249"/>
    <w:rsid w:val="00916C51"/>
    <w:rsid w:val="009236D7"/>
    <w:rsid w:val="00937C05"/>
    <w:rsid w:val="00947190"/>
    <w:rsid w:val="0095368D"/>
    <w:rsid w:val="0097071D"/>
    <w:rsid w:val="00971C9A"/>
    <w:rsid w:val="009928A9"/>
    <w:rsid w:val="00992C1B"/>
    <w:rsid w:val="009B2866"/>
    <w:rsid w:val="009C4E87"/>
    <w:rsid w:val="009C6F5D"/>
    <w:rsid w:val="00A02372"/>
    <w:rsid w:val="00A24980"/>
    <w:rsid w:val="00A340D2"/>
    <w:rsid w:val="00A60BAD"/>
    <w:rsid w:val="00A64615"/>
    <w:rsid w:val="00A724C5"/>
    <w:rsid w:val="00A81850"/>
    <w:rsid w:val="00AA1414"/>
    <w:rsid w:val="00AA16E7"/>
    <w:rsid w:val="00AA1D8D"/>
    <w:rsid w:val="00AB75F8"/>
    <w:rsid w:val="00AD71E7"/>
    <w:rsid w:val="00AE7AFC"/>
    <w:rsid w:val="00B03804"/>
    <w:rsid w:val="00B15C5C"/>
    <w:rsid w:val="00B2569A"/>
    <w:rsid w:val="00B44055"/>
    <w:rsid w:val="00B44BAB"/>
    <w:rsid w:val="00B44D23"/>
    <w:rsid w:val="00B47730"/>
    <w:rsid w:val="00B737E3"/>
    <w:rsid w:val="00B82F64"/>
    <w:rsid w:val="00B973A0"/>
    <w:rsid w:val="00BA0445"/>
    <w:rsid w:val="00BA04F5"/>
    <w:rsid w:val="00BA2D3C"/>
    <w:rsid w:val="00BC1CC8"/>
    <w:rsid w:val="00BE054C"/>
    <w:rsid w:val="00BF17F9"/>
    <w:rsid w:val="00C2692F"/>
    <w:rsid w:val="00C329B0"/>
    <w:rsid w:val="00C468F2"/>
    <w:rsid w:val="00C53DCA"/>
    <w:rsid w:val="00C6406B"/>
    <w:rsid w:val="00C718BE"/>
    <w:rsid w:val="00C73F74"/>
    <w:rsid w:val="00C776E3"/>
    <w:rsid w:val="00CB0664"/>
    <w:rsid w:val="00CB4103"/>
    <w:rsid w:val="00CB6E5C"/>
    <w:rsid w:val="00CC2D5A"/>
    <w:rsid w:val="00CC72A0"/>
    <w:rsid w:val="00D06734"/>
    <w:rsid w:val="00D30530"/>
    <w:rsid w:val="00D31BC3"/>
    <w:rsid w:val="00D3580C"/>
    <w:rsid w:val="00D64C33"/>
    <w:rsid w:val="00D845D4"/>
    <w:rsid w:val="00D92488"/>
    <w:rsid w:val="00DB016E"/>
    <w:rsid w:val="00DB2190"/>
    <w:rsid w:val="00DB7CD3"/>
    <w:rsid w:val="00DD6835"/>
    <w:rsid w:val="00E10013"/>
    <w:rsid w:val="00E241A9"/>
    <w:rsid w:val="00E43013"/>
    <w:rsid w:val="00E467D8"/>
    <w:rsid w:val="00E54657"/>
    <w:rsid w:val="00E7472B"/>
    <w:rsid w:val="00E85DBB"/>
    <w:rsid w:val="00E90349"/>
    <w:rsid w:val="00EB0BA3"/>
    <w:rsid w:val="00ED3D25"/>
    <w:rsid w:val="00ED5E82"/>
    <w:rsid w:val="00EF5030"/>
    <w:rsid w:val="00EF7E86"/>
    <w:rsid w:val="00F04BB6"/>
    <w:rsid w:val="00F45558"/>
    <w:rsid w:val="00F561BC"/>
    <w:rsid w:val="00FB35AE"/>
    <w:rsid w:val="00FB7442"/>
    <w:rsid w:val="00FB7D08"/>
    <w:rsid w:val="00FC693F"/>
    <w:rsid w:val="00FC7E85"/>
    <w:rsid w:val="00FD0A4A"/>
    <w:rsid w:val="00FF4386"/>
    <w:rsid w:val="00FF7796"/>
    <w:rsid w:val="00FF798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3C443F5"/>
  <w14:defaultImageDpi w14:val="300"/>
  <w15:docId w15:val="{9E5D5B16-FA9C-40F2-A2CA-516026505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Calibri" w:hAnsi="Calibri"/>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4436</Words>
  <Characters>25289</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29666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FYBA Registrar</cp:lastModifiedBy>
  <cp:revision>2</cp:revision>
  <cp:lastPrinted>2026-03-19T18:50:00Z</cp:lastPrinted>
  <dcterms:created xsi:type="dcterms:W3CDTF">2026-09-26T23:42:00Z</dcterms:created>
  <dcterms:modified xsi:type="dcterms:W3CDTF">2026-09-26T23:42:00Z</dcterms:modified>
  <cp:category/>
</cp:coreProperties>
</file>